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6D61C" w14:textId="0719B0C0" w:rsidR="00930F33" w:rsidRDefault="00930F33">
      <w:pPr>
        <w:spacing w:after="0"/>
        <w:rPr>
          <w:lang w:eastAsia="zh-CN"/>
        </w:rPr>
      </w:pPr>
    </w:p>
    <w:p w14:paraId="656A253B" w14:textId="77777777" w:rsidR="00224DFC" w:rsidRDefault="00000000">
      <w:r>
        <w:rPr>
          <w:rFonts w:ascii="Arial" w:hAnsi="Arial"/>
          <w:sz w:val="48"/>
        </w:rPr>
        <w:t>1_ELLEN mp3</w:t>
      </w:r>
    </w:p>
    <w:p w14:paraId="213D7508" w14:textId="77777777" w:rsidR="00224DFC" w:rsidRDefault="00000000">
      <w:r>
        <w:rPr>
          <w:rFonts w:ascii="Arial" w:hAnsi="Arial"/>
          <w:color w:val="4F6880"/>
        </w:rPr>
        <w:t xml:space="preserve">Thu, Sep 24, </w:t>
      </w:r>
      <w:proofErr w:type="gramStart"/>
      <w:r>
        <w:rPr>
          <w:rFonts w:ascii="Arial" w:hAnsi="Arial"/>
          <w:color w:val="4F6880"/>
        </w:rPr>
        <w:t>2026</w:t>
      </w:r>
      <w:proofErr w:type="gramEnd"/>
      <w:r>
        <w:rPr>
          <w:rFonts w:ascii="Arial" w:hAnsi="Arial"/>
          <w:color w:val="4F6880"/>
        </w:rPr>
        <w:t xml:space="preserve"> 6:50PM • 15:49</w:t>
      </w:r>
    </w:p>
    <w:p w14:paraId="7790211C" w14:textId="77777777" w:rsidR="00224DFC" w:rsidRDefault="00000000">
      <w:pPr>
        <w:spacing w:before="440" w:after="0"/>
      </w:pPr>
      <w:r>
        <w:rPr>
          <w:rFonts w:ascii="Arial" w:hAnsi="Arial"/>
          <w:b/>
          <w:color w:val="4F6880"/>
        </w:rPr>
        <w:t>SUMMARY KEYWORDS</w:t>
      </w:r>
    </w:p>
    <w:p w14:paraId="69001E1F" w14:textId="77777777" w:rsidR="00224DFC" w:rsidRDefault="00000000">
      <w:proofErr w:type="gramStart"/>
      <w:r>
        <w:rPr>
          <w:rFonts w:ascii="Arial" w:hAnsi="Arial"/>
          <w:color w:val="4F6880"/>
        </w:rPr>
        <w:t>Purple Orange</w:t>
      </w:r>
      <w:proofErr w:type="gramEnd"/>
      <w:r>
        <w:rPr>
          <w:rFonts w:ascii="Arial" w:hAnsi="Arial"/>
          <w:color w:val="4F6880"/>
        </w:rPr>
        <w:t>, Ellen Fraser, disability rights, solo travel, India, hearing impairment, vision impairment, risk taking, identity development, inspiration trope, volunteering, personal story, overcoming anxiety, bravery, social change</w:t>
      </w:r>
    </w:p>
    <w:p w14:paraId="63CD2F8A" w14:textId="77777777" w:rsidR="00224DFC" w:rsidRDefault="00000000">
      <w:pPr>
        <w:spacing w:before="440" w:after="0"/>
      </w:pPr>
      <w:r>
        <w:rPr>
          <w:rFonts w:ascii="Arial" w:hAnsi="Arial"/>
          <w:b/>
          <w:color w:val="4F6880"/>
        </w:rPr>
        <w:t>SPEAKERS</w:t>
      </w:r>
    </w:p>
    <w:p w14:paraId="3623F88E" w14:textId="77777777" w:rsidR="00224DFC" w:rsidRDefault="00000000">
      <w:r>
        <w:rPr>
          <w:rFonts w:ascii="Arial" w:hAnsi="Arial"/>
          <w:color w:val="4F6880"/>
        </w:rPr>
        <w:t>Ellen, Narration- Carey Scheer:</w:t>
      </w:r>
    </w:p>
    <w:p w14:paraId="672A6659" w14:textId="77777777" w:rsidR="00224DFC" w:rsidRDefault="00224DFC">
      <w:pPr>
        <w:spacing w:after="0"/>
      </w:pPr>
    </w:p>
    <w:p w14:paraId="73FAF37E" w14:textId="77777777" w:rsidR="00224DFC" w:rsidRDefault="00000000">
      <w:pPr>
        <w:spacing w:after="0"/>
      </w:pPr>
      <w:r>
        <w:rPr>
          <w:rFonts w:ascii="Arial" w:hAnsi="Arial"/>
          <w:b/>
        </w:rPr>
        <w:t xml:space="preserve">Narration- Carey Scheer:  </w:t>
      </w:r>
      <w:r>
        <w:rPr>
          <w:rFonts w:ascii="Arial" w:hAnsi="Arial"/>
          <w:color w:val="5D7284"/>
        </w:rPr>
        <w:t>00:00</w:t>
      </w:r>
    </w:p>
    <w:p w14:paraId="34B901A4" w14:textId="6B3434AE" w:rsidR="00224DFC" w:rsidRDefault="15C397D4">
      <w:pPr>
        <w:spacing w:after="0"/>
      </w:pPr>
      <w:r w:rsidRPr="15C397D4">
        <w:rPr>
          <w:rFonts w:ascii="Arial" w:hAnsi="Arial"/>
        </w:rPr>
        <w:t xml:space="preserve">Hello, my name is Carey Scheer, and I produce and report for the Purple Orange podcast. And this is the kickoff for our fourth official season. But for this one, we've decided to do something a bit different. We're </w:t>
      </w:r>
      <w:proofErr w:type="gramStart"/>
      <w:r w:rsidRPr="15C397D4">
        <w:rPr>
          <w:rFonts w:ascii="Arial" w:hAnsi="Arial"/>
        </w:rPr>
        <w:t>actually doing</w:t>
      </w:r>
      <w:proofErr w:type="gramEnd"/>
      <w:r w:rsidRPr="15C397D4">
        <w:rPr>
          <w:rFonts w:ascii="Arial" w:hAnsi="Arial"/>
        </w:rPr>
        <w:t xml:space="preserve"> a retrospective because next </w:t>
      </w:r>
      <w:proofErr w:type="gramStart"/>
      <w:r w:rsidRPr="15C397D4">
        <w:rPr>
          <w:rFonts w:ascii="Arial" w:hAnsi="Arial"/>
        </w:rPr>
        <w:t>year</w:t>
      </w:r>
      <w:proofErr w:type="gramEnd"/>
      <w:r w:rsidRPr="15C397D4">
        <w:rPr>
          <w:rFonts w:ascii="Arial" w:hAnsi="Arial"/>
        </w:rPr>
        <w:t xml:space="preserve"> we're going to give this podcast a new name and new momentum. What won't change is the reason the podcast exists. We're still going to bring you the same raw, authentic, first-person stories and conversations that have always been at the heart of what we're doing. But we want to ask you, our audience, to help us find a new name that resonates with what we're doing, and so before we do that, we decided to </w:t>
      </w:r>
      <w:proofErr w:type="gramStart"/>
      <w:r w:rsidRPr="15C397D4">
        <w:rPr>
          <w:rFonts w:ascii="Arial" w:hAnsi="Arial"/>
        </w:rPr>
        <w:t>take a look</w:t>
      </w:r>
      <w:proofErr w:type="gramEnd"/>
      <w:r w:rsidRPr="15C397D4">
        <w:rPr>
          <w:rFonts w:ascii="Arial" w:hAnsi="Arial"/>
        </w:rPr>
        <w:t xml:space="preserve"> back and reflect on some of the stories we've already shared. So, as the producer this season, I'm going to bring you some of the stories that have really stuck with me, </w:t>
      </w:r>
      <w:proofErr w:type="gramStart"/>
      <w:r w:rsidRPr="15C397D4">
        <w:rPr>
          <w:rFonts w:ascii="Arial" w:hAnsi="Arial"/>
        </w:rPr>
        <w:t>and also</w:t>
      </w:r>
      <w:proofErr w:type="gramEnd"/>
      <w:r w:rsidRPr="15C397D4">
        <w:rPr>
          <w:rFonts w:ascii="Arial" w:hAnsi="Arial"/>
        </w:rPr>
        <w:t xml:space="preserve"> what I've learned along the way. This first story that I'm going to share with you is Ellen Fraser Barber’s. It was the second podcast I ever made for Purple Orange, and I came to this </w:t>
      </w:r>
      <w:proofErr w:type="spellStart"/>
      <w:r w:rsidRPr="15C397D4">
        <w:rPr>
          <w:rFonts w:ascii="Arial" w:hAnsi="Arial"/>
        </w:rPr>
        <w:t>organisation</w:t>
      </w:r>
      <w:proofErr w:type="spellEnd"/>
      <w:r w:rsidRPr="15C397D4">
        <w:rPr>
          <w:rFonts w:ascii="Arial" w:hAnsi="Arial"/>
        </w:rPr>
        <w:t xml:space="preserve"> from completely outside the disability space, what drew me in was story work. I wanted to tell stories, and I wanted them to matter. What I didn't yet have was a real understanding of the space that I was stepping into, but I've learned it, story by story, through every single person that has sat across from me, and this story was particularly profound on my journey. Ellen was 19 when she decided to travel overseas on her own, against everyone else's advice. She was told, "It's too dangerous with your disability. Don't do it, and yet she did, and I was captivated by that story, by the bravery of it, the stubbornness, everyone telling her she couldn't, and her going anyway, and that's the story I thought I was making, but then right near the end of the interview, Ellen said something that totally changed what the story was actually about. She named a greater danger, and one I genuinely hadn't thought about before: the way disabled people doing ordinary things get turned into inspiration for others at their own expense, it is now a trope that I see </w:t>
      </w:r>
      <w:proofErr w:type="gramStart"/>
      <w:r w:rsidRPr="15C397D4">
        <w:rPr>
          <w:rFonts w:ascii="Arial" w:hAnsi="Arial"/>
        </w:rPr>
        <w:t>absolutely everywhere</w:t>
      </w:r>
      <w:proofErr w:type="gramEnd"/>
      <w:r w:rsidRPr="15C397D4">
        <w:rPr>
          <w:rFonts w:ascii="Arial" w:hAnsi="Arial"/>
        </w:rPr>
        <w:t xml:space="preserve">. Of course, but at that time, it was new to me, and that's the thing about making these stories for Purple Orange, because I am, in a lot of ways, exactly who we're trying to reach, because every conversation, especially in those early days, revealed something new or chipped away at an assumption that I didn't even know that I was carrying. Ellen went on to work with us after this story, and I got to know her properly, not just as an interview subject, but as a colleague and as a friend, she was smart, outspoken, and totally committed to disability rights. She was also somebody who loved adventure and the natural world, and that's a kind of kinship that I don't often get to talk about in a professional bio, but it mattered </w:t>
      </w:r>
      <w:r w:rsidRPr="15C397D4">
        <w:rPr>
          <w:rFonts w:ascii="Arial" w:hAnsi="Arial"/>
        </w:rPr>
        <w:lastRenderedPageBreak/>
        <w:t>to me. As many of our listeners will be aware, Ellen passed away this year. It is such a profound loss for everyone that knew her, for the entire disability community, and honestly, far beyond. Listening back to this story now, I feel lucky, lucky that this was one of the early stories I got to tell here, and lucky that her voice and perspective is still here for anyone to hear. I hope you enjoy. When Ellen Fraser Barber was 19, she found herself traveling alone on an overnight train journey to Darjeeling, India, she was way out of her comfort zone. She had not planned to be by herself.</w:t>
      </w:r>
    </w:p>
    <w:p w14:paraId="0A37501D" w14:textId="77777777" w:rsidR="00224DFC" w:rsidRDefault="00224DFC">
      <w:pPr>
        <w:spacing w:after="0"/>
      </w:pPr>
    </w:p>
    <w:p w14:paraId="65E102D1" w14:textId="26C74E8A" w:rsidR="00224DFC" w:rsidRDefault="00000000">
      <w:pPr>
        <w:spacing w:after="0"/>
      </w:pPr>
      <w:r>
        <w:rPr>
          <w:rFonts w:ascii="Arial" w:hAnsi="Arial"/>
          <w:b/>
        </w:rPr>
        <w:t xml:space="preserve">Ellen </w:t>
      </w:r>
      <w:r>
        <w:rPr>
          <w:rFonts w:ascii="Arial" w:hAnsi="Arial"/>
          <w:color w:val="5D7284"/>
        </w:rPr>
        <w:t>04:31</w:t>
      </w:r>
    </w:p>
    <w:p w14:paraId="1D0645A9" w14:textId="355A93A0" w:rsidR="00224DFC" w:rsidRDefault="15C397D4">
      <w:pPr>
        <w:spacing w:after="0"/>
      </w:pPr>
      <w:r w:rsidRPr="15C397D4">
        <w:rPr>
          <w:rFonts w:ascii="Arial" w:hAnsi="Arial"/>
        </w:rPr>
        <w:t>I was the first person to get on in my little section, and then this one man came, and then the second man came, and then the third man came, and then I felt really nervous about being in a contained space between men that I didn't know.</w:t>
      </w:r>
    </w:p>
    <w:p w14:paraId="5DAB6C7B" w14:textId="77777777" w:rsidR="00224DFC" w:rsidRDefault="00224DFC">
      <w:pPr>
        <w:spacing w:after="0"/>
      </w:pPr>
    </w:p>
    <w:p w14:paraId="36D29D55" w14:textId="77777777" w:rsidR="00224DFC" w:rsidRDefault="00000000">
      <w:pPr>
        <w:spacing w:after="0"/>
      </w:pPr>
      <w:r>
        <w:rPr>
          <w:rFonts w:ascii="Arial" w:hAnsi="Arial"/>
          <w:b/>
        </w:rPr>
        <w:t xml:space="preserve">Narration- Carey Scheer:  </w:t>
      </w:r>
      <w:r>
        <w:rPr>
          <w:rFonts w:ascii="Arial" w:hAnsi="Arial"/>
          <w:color w:val="5D7284"/>
        </w:rPr>
        <w:t>04:48</w:t>
      </w:r>
    </w:p>
    <w:p w14:paraId="5BB5D003" w14:textId="77777777" w:rsidR="00224DFC" w:rsidRDefault="00000000">
      <w:pPr>
        <w:spacing w:after="0"/>
      </w:pPr>
      <w:r>
        <w:rPr>
          <w:rFonts w:ascii="Arial" w:hAnsi="Arial"/>
        </w:rPr>
        <w:t>She also had this growing fear that she'd have no idea when to get off the train.</w:t>
      </w:r>
    </w:p>
    <w:p w14:paraId="02EB378F" w14:textId="77777777" w:rsidR="00224DFC" w:rsidRDefault="00224DFC">
      <w:pPr>
        <w:spacing w:after="0"/>
      </w:pPr>
    </w:p>
    <w:p w14:paraId="310C06D4" w14:textId="471CD355" w:rsidR="00224DFC" w:rsidRDefault="00000000">
      <w:pPr>
        <w:spacing w:after="0"/>
      </w:pPr>
      <w:r>
        <w:rPr>
          <w:rFonts w:ascii="Arial" w:hAnsi="Arial"/>
          <w:b/>
        </w:rPr>
        <w:t xml:space="preserve">Ellen </w:t>
      </w:r>
      <w:r>
        <w:rPr>
          <w:rFonts w:ascii="Arial" w:hAnsi="Arial"/>
          <w:color w:val="5D7284"/>
        </w:rPr>
        <w:t>04:53</w:t>
      </w:r>
    </w:p>
    <w:p w14:paraId="066AC6E7" w14:textId="77777777" w:rsidR="00224DFC" w:rsidRDefault="00000000">
      <w:pPr>
        <w:spacing w:after="0"/>
      </w:pPr>
      <w:r>
        <w:rPr>
          <w:rFonts w:ascii="Arial" w:hAnsi="Arial"/>
        </w:rPr>
        <w:t>Yeah, I was always anxious. I didn't know how long I was going to be sitting on the train for. Didn't know. Like what I would do if I got off in the one station.</w:t>
      </w:r>
    </w:p>
    <w:p w14:paraId="6A05A809" w14:textId="77777777" w:rsidR="00224DFC" w:rsidRDefault="00224DFC">
      <w:pPr>
        <w:spacing w:after="0"/>
      </w:pPr>
    </w:p>
    <w:p w14:paraId="6DFD1ED0" w14:textId="77777777" w:rsidR="00224DFC" w:rsidRDefault="00000000">
      <w:pPr>
        <w:spacing w:after="0"/>
      </w:pPr>
      <w:r>
        <w:rPr>
          <w:rFonts w:ascii="Arial" w:hAnsi="Arial"/>
          <w:b/>
        </w:rPr>
        <w:t xml:space="preserve">Narration- Carey Scheer:  </w:t>
      </w:r>
      <w:r>
        <w:rPr>
          <w:rFonts w:ascii="Arial" w:hAnsi="Arial"/>
          <w:color w:val="5D7284"/>
        </w:rPr>
        <w:t>05:03</w:t>
      </w:r>
    </w:p>
    <w:p w14:paraId="22F93A7F" w14:textId="79B85967" w:rsidR="00224DFC" w:rsidRDefault="15C397D4">
      <w:pPr>
        <w:spacing w:after="0"/>
      </w:pPr>
      <w:r w:rsidRPr="15C397D4">
        <w:rPr>
          <w:rFonts w:ascii="Arial" w:hAnsi="Arial"/>
        </w:rPr>
        <w:t xml:space="preserve">Ellen is hearing and vision impaired, so she couldn't read the station signs, and she wasn't able to hear the names the train conductor called out. She was also coming down with a nasty cough. She felt miserable, laying on her bunk with her bags under her legs in the middle of the night. </w:t>
      </w:r>
    </w:p>
    <w:p w14:paraId="5A39BBE3" w14:textId="77777777" w:rsidR="00224DFC" w:rsidRDefault="00224DFC">
      <w:pPr>
        <w:spacing w:after="0"/>
      </w:pPr>
    </w:p>
    <w:p w14:paraId="708546E1" w14:textId="37E43D7E" w:rsidR="00224DFC" w:rsidRDefault="00000000">
      <w:pPr>
        <w:spacing w:after="0"/>
      </w:pPr>
      <w:r>
        <w:rPr>
          <w:rFonts w:ascii="Arial" w:hAnsi="Arial"/>
          <w:b/>
        </w:rPr>
        <w:t xml:space="preserve">Ellen </w:t>
      </w:r>
      <w:r>
        <w:rPr>
          <w:rFonts w:ascii="Arial" w:hAnsi="Arial"/>
          <w:color w:val="5D7284"/>
        </w:rPr>
        <w:t>05:22</w:t>
      </w:r>
    </w:p>
    <w:p w14:paraId="10B9373E" w14:textId="2D63D40D" w:rsidR="00224DFC" w:rsidRDefault="62C645BC" w:rsidP="15C397D4">
      <w:pPr>
        <w:spacing w:after="0"/>
      </w:pPr>
      <w:r w:rsidRPr="15C397D4">
        <w:rPr>
          <w:rFonts w:ascii="Arial" w:hAnsi="Arial"/>
        </w:rPr>
        <w:t xml:space="preserve">It was </w:t>
      </w:r>
      <w:proofErr w:type="gramStart"/>
      <w:r w:rsidRPr="15C397D4">
        <w:rPr>
          <w:rFonts w:ascii="Arial" w:hAnsi="Arial"/>
        </w:rPr>
        <w:t>really dark</w:t>
      </w:r>
      <w:proofErr w:type="gramEnd"/>
      <w:r w:rsidRPr="15C397D4">
        <w:rPr>
          <w:rFonts w:ascii="Arial" w:hAnsi="Arial"/>
        </w:rPr>
        <w:t>. I felt the man above me climb down the bunk, and I just laid on my bunk bed pretending to sleep. And then we were going under my legs, and I could feel the bell moving.</w:t>
      </w:r>
    </w:p>
    <w:p w14:paraId="41C8F396" w14:textId="77777777" w:rsidR="00224DFC" w:rsidRDefault="00224DFC">
      <w:pPr>
        <w:spacing w:after="0"/>
      </w:pPr>
    </w:p>
    <w:p w14:paraId="7DF021C2" w14:textId="77777777" w:rsidR="00224DFC" w:rsidRDefault="00000000">
      <w:pPr>
        <w:spacing w:after="0"/>
      </w:pPr>
      <w:r>
        <w:rPr>
          <w:rFonts w:ascii="Arial" w:hAnsi="Arial"/>
          <w:b/>
        </w:rPr>
        <w:t xml:space="preserve">Narration- Carey Scheer:  </w:t>
      </w:r>
      <w:r>
        <w:rPr>
          <w:rFonts w:ascii="Arial" w:hAnsi="Arial"/>
          <w:color w:val="5D7284"/>
        </w:rPr>
        <w:t>05:41</w:t>
      </w:r>
    </w:p>
    <w:p w14:paraId="26413601" w14:textId="77777777" w:rsidR="00224DFC" w:rsidRDefault="00000000">
      <w:pPr>
        <w:spacing w:after="0"/>
      </w:pPr>
      <w:r>
        <w:rPr>
          <w:rFonts w:ascii="Arial" w:hAnsi="Arial"/>
        </w:rPr>
        <w:t>This was exactly the kind of situation everybody had tried to warn her about. You see, Ellen's path to this moment began the year before.</w:t>
      </w:r>
    </w:p>
    <w:p w14:paraId="72A3D3EC" w14:textId="77777777" w:rsidR="00224DFC" w:rsidRDefault="00224DFC">
      <w:pPr>
        <w:spacing w:after="0"/>
      </w:pPr>
    </w:p>
    <w:p w14:paraId="2A5CC189" w14:textId="4A17EDE7" w:rsidR="00224DFC" w:rsidRDefault="00000000">
      <w:pPr>
        <w:spacing w:after="0"/>
      </w:pPr>
      <w:r>
        <w:rPr>
          <w:rFonts w:ascii="Arial" w:hAnsi="Arial"/>
          <w:b/>
        </w:rPr>
        <w:t xml:space="preserve">Ellen </w:t>
      </w:r>
      <w:r>
        <w:rPr>
          <w:rFonts w:ascii="Arial" w:hAnsi="Arial"/>
          <w:color w:val="5D7284"/>
        </w:rPr>
        <w:t>05:50</w:t>
      </w:r>
    </w:p>
    <w:p w14:paraId="100F26BA" w14:textId="2730D3CA" w:rsidR="00224DFC" w:rsidRDefault="15C397D4">
      <w:pPr>
        <w:spacing w:after="0"/>
      </w:pPr>
      <w:r w:rsidRPr="15C397D4">
        <w:rPr>
          <w:rFonts w:ascii="Arial" w:hAnsi="Arial"/>
        </w:rPr>
        <w:t xml:space="preserve">When I finished high school, my dad got </w:t>
      </w:r>
      <w:proofErr w:type="gramStart"/>
      <w:r w:rsidRPr="15C397D4">
        <w:rPr>
          <w:rFonts w:ascii="Arial" w:hAnsi="Arial"/>
        </w:rPr>
        <w:t>really sick</w:t>
      </w:r>
      <w:proofErr w:type="gramEnd"/>
      <w:r w:rsidRPr="15C397D4">
        <w:rPr>
          <w:rFonts w:ascii="Arial" w:hAnsi="Arial"/>
        </w:rPr>
        <w:t xml:space="preserve"> with terminal illness. There was a lot of mess and chaos and stress and anxiety and sadness. I'</w:t>
      </w:r>
      <w:r w:rsidR="3692CBAE" w:rsidRPr="15C397D4">
        <w:rPr>
          <w:rFonts w:ascii="Arial" w:hAnsi="Arial"/>
        </w:rPr>
        <w:t>d</w:t>
      </w:r>
      <w:r w:rsidRPr="15C397D4">
        <w:rPr>
          <w:rFonts w:ascii="Arial" w:hAnsi="Arial"/>
        </w:rPr>
        <w:t xml:space="preserve"> gotten myself into such a dark place at home, and I just really needed something that would take me out of that reality that I had.</w:t>
      </w:r>
    </w:p>
    <w:p w14:paraId="0D0B940D" w14:textId="77777777" w:rsidR="00224DFC" w:rsidRDefault="00224DFC">
      <w:pPr>
        <w:spacing w:after="0"/>
      </w:pPr>
    </w:p>
    <w:p w14:paraId="67149CA6" w14:textId="77777777" w:rsidR="00224DFC" w:rsidRDefault="00000000">
      <w:pPr>
        <w:spacing w:after="0"/>
      </w:pPr>
      <w:r>
        <w:rPr>
          <w:rFonts w:ascii="Arial" w:hAnsi="Arial"/>
          <w:b/>
        </w:rPr>
        <w:t xml:space="preserve">Narration- Carey Scheer:  </w:t>
      </w:r>
      <w:r>
        <w:rPr>
          <w:rFonts w:ascii="Arial" w:hAnsi="Arial"/>
          <w:color w:val="5D7284"/>
        </w:rPr>
        <w:t>06:16</w:t>
      </w:r>
    </w:p>
    <w:p w14:paraId="72DE57A0" w14:textId="77777777" w:rsidR="00224DFC" w:rsidRDefault="00000000">
      <w:pPr>
        <w:spacing w:after="0"/>
      </w:pPr>
      <w:r>
        <w:rPr>
          <w:rFonts w:ascii="Arial" w:hAnsi="Arial"/>
        </w:rPr>
        <w:t>After her dad passed away, she decided India could be that something, but nobody else agreed.</w:t>
      </w:r>
    </w:p>
    <w:p w14:paraId="0E27B00A" w14:textId="77777777" w:rsidR="00224DFC" w:rsidRDefault="00224DFC">
      <w:pPr>
        <w:spacing w:after="0"/>
      </w:pPr>
    </w:p>
    <w:p w14:paraId="676378FB" w14:textId="130E9CAC" w:rsidR="00224DFC" w:rsidRDefault="00000000">
      <w:pPr>
        <w:spacing w:after="0"/>
      </w:pPr>
      <w:r>
        <w:rPr>
          <w:rFonts w:ascii="Arial" w:hAnsi="Arial"/>
          <w:b/>
        </w:rPr>
        <w:t xml:space="preserve">Ellen </w:t>
      </w:r>
      <w:r>
        <w:rPr>
          <w:rFonts w:ascii="Arial" w:hAnsi="Arial"/>
          <w:color w:val="5D7284"/>
        </w:rPr>
        <w:t>06:24</w:t>
      </w:r>
    </w:p>
    <w:p w14:paraId="4FDA46AA" w14:textId="6F2059C6" w:rsidR="00224DFC" w:rsidRDefault="15C397D4">
      <w:pPr>
        <w:spacing w:after="0"/>
      </w:pPr>
      <w:r w:rsidRPr="15C397D4">
        <w:rPr>
          <w:rFonts w:ascii="Arial" w:hAnsi="Arial"/>
        </w:rPr>
        <w:t>Everyone told me not to go, or that I was crazy, or don't be</w:t>
      </w:r>
      <w:r w:rsidR="35933032" w:rsidRPr="15C397D4">
        <w:rPr>
          <w:rFonts w:ascii="Arial" w:hAnsi="Arial"/>
        </w:rPr>
        <w:t>, you’re</w:t>
      </w:r>
      <w:r w:rsidRPr="15C397D4">
        <w:rPr>
          <w:rFonts w:ascii="Arial" w:hAnsi="Arial"/>
        </w:rPr>
        <w:t xml:space="preserve"> deaf and blind. You can't go on your own.</w:t>
      </w:r>
    </w:p>
    <w:p w14:paraId="60061E4C" w14:textId="77777777" w:rsidR="00224DFC" w:rsidRDefault="00224DFC">
      <w:pPr>
        <w:spacing w:after="0"/>
      </w:pPr>
    </w:p>
    <w:p w14:paraId="1B4AC4A9" w14:textId="77777777" w:rsidR="00224DFC" w:rsidRDefault="00000000">
      <w:pPr>
        <w:spacing w:after="0"/>
      </w:pPr>
      <w:r>
        <w:rPr>
          <w:rFonts w:ascii="Arial" w:hAnsi="Arial"/>
          <w:b/>
        </w:rPr>
        <w:lastRenderedPageBreak/>
        <w:t xml:space="preserve">Narration- Carey Scheer:  </w:t>
      </w:r>
      <w:r>
        <w:rPr>
          <w:rFonts w:ascii="Arial" w:hAnsi="Arial"/>
          <w:color w:val="5D7284"/>
        </w:rPr>
        <w:t>06:34</w:t>
      </w:r>
    </w:p>
    <w:p w14:paraId="75A879A9" w14:textId="5D01859B" w:rsidR="00224DFC" w:rsidRDefault="15C397D4">
      <w:pPr>
        <w:spacing w:after="0"/>
      </w:pPr>
      <w:r w:rsidRPr="15C397D4">
        <w:rPr>
          <w:rFonts w:ascii="Arial" w:hAnsi="Arial"/>
        </w:rPr>
        <w:t>How did you keep it from getting into your head and thinking I can't do</w:t>
      </w:r>
      <w:r w:rsidR="2B5DCB7C" w:rsidRPr="15C397D4">
        <w:rPr>
          <w:rFonts w:ascii="Arial" w:hAnsi="Arial"/>
        </w:rPr>
        <w:t xml:space="preserve"> it?</w:t>
      </w:r>
    </w:p>
    <w:p w14:paraId="44EAFD9C" w14:textId="77777777" w:rsidR="00224DFC" w:rsidRDefault="00224DFC">
      <w:pPr>
        <w:spacing w:after="0"/>
      </w:pPr>
    </w:p>
    <w:p w14:paraId="0BB335F1" w14:textId="329D3F96" w:rsidR="00224DFC" w:rsidRDefault="00000000">
      <w:pPr>
        <w:spacing w:after="0"/>
      </w:pPr>
      <w:r>
        <w:rPr>
          <w:rFonts w:ascii="Arial" w:hAnsi="Arial"/>
          <w:b/>
        </w:rPr>
        <w:t xml:space="preserve">Ellen </w:t>
      </w:r>
      <w:r>
        <w:rPr>
          <w:rFonts w:ascii="Arial" w:hAnsi="Arial"/>
          <w:color w:val="5D7284"/>
        </w:rPr>
        <w:t>06:41</w:t>
      </w:r>
    </w:p>
    <w:p w14:paraId="53F020B0" w14:textId="38C7F8F9" w:rsidR="00224DFC" w:rsidRDefault="15C397D4">
      <w:pPr>
        <w:spacing w:after="0"/>
      </w:pPr>
      <w:r w:rsidRPr="15C397D4">
        <w:rPr>
          <w:rFonts w:ascii="Arial" w:hAnsi="Arial"/>
        </w:rPr>
        <w:t xml:space="preserve">I think I was just really convinced in myself that I should do it. It did get to me, though. It made me very tense. I was so frustrated with </w:t>
      </w:r>
      <w:proofErr w:type="gramStart"/>
      <w:r w:rsidRPr="15C397D4">
        <w:rPr>
          <w:rFonts w:ascii="Arial" w:hAnsi="Arial"/>
        </w:rPr>
        <w:t>all of</w:t>
      </w:r>
      <w:proofErr w:type="gramEnd"/>
      <w:r w:rsidRPr="15C397D4">
        <w:rPr>
          <w:rFonts w:ascii="Arial" w:hAnsi="Arial"/>
        </w:rPr>
        <w:t xml:space="preserve"> the people around me who were really</w:t>
      </w:r>
      <w:r w:rsidR="2FBC40B8" w:rsidRPr="15C397D4">
        <w:rPr>
          <w:rFonts w:ascii="Arial" w:hAnsi="Arial"/>
        </w:rPr>
        <w:t xml:space="preserve"> drilling into</w:t>
      </w:r>
      <w:r w:rsidRPr="15C397D4">
        <w:rPr>
          <w:rFonts w:ascii="Arial" w:hAnsi="Arial"/>
        </w:rPr>
        <w:t xml:space="preserve"> me with </w:t>
      </w:r>
      <w:proofErr w:type="gramStart"/>
      <w:r w:rsidRPr="15C397D4">
        <w:rPr>
          <w:rFonts w:ascii="Arial" w:hAnsi="Arial"/>
        </w:rPr>
        <w:t>all of</w:t>
      </w:r>
      <w:proofErr w:type="gramEnd"/>
      <w:r w:rsidRPr="15C397D4">
        <w:rPr>
          <w:rFonts w:ascii="Arial" w:hAnsi="Arial"/>
        </w:rPr>
        <w:t xml:space="preserve"> the anxiety that they had, and I think I had </w:t>
      </w:r>
      <w:proofErr w:type="gramStart"/>
      <w:r w:rsidRPr="15C397D4">
        <w:rPr>
          <w:rFonts w:ascii="Arial" w:hAnsi="Arial"/>
        </w:rPr>
        <w:t>made a decision</w:t>
      </w:r>
      <w:proofErr w:type="gramEnd"/>
      <w:r w:rsidRPr="15C397D4">
        <w:rPr>
          <w:rFonts w:ascii="Arial" w:hAnsi="Arial"/>
        </w:rPr>
        <w:t xml:space="preserve"> that that was their anxiety. It wasn't my anxiety. There was such a build-up of tension leading up to that moment of me getting on the airplane.</w:t>
      </w:r>
    </w:p>
    <w:p w14:paraId="4B94D5A5" w14:textId="77777777" w:rsidR="00224DFC" w:rsidRDefault="00224DFC">
      <w:pPr>
        <w:spacing w:after="0"/>
      </w:pPr>
    </w:p>
    <w:p w14:paraId="044B1186" w14:textId="77777777" w:rsidR="00224DFC" w:rsidRDefault="00000000">
      <w:pPr>
        <w:spacing w:after="0"/>
      </w:pPr>
      <w:r>
        <w:rPr>
          <w:rFonts w:ascii="Arial" w:hAnsi="Arial"/>
          <w:b/>
        </w:rPr>
        <w:t xml:space="preserve">Narration- Carey Scheer:  </w:t>
      </w:r>
      <w:r>
        <w:rPr>
          <w:rFonts w:ascii="Arial" w:hAnsi="Arial"/>
          <w:color w:val="5D7284"/>
        </w:rPr>
        <w:t>07:11</w:t>
      </w:r>
    </w:p>
    <w:p w14:paraId="5AEF8CE3" w14:textId="43167E38" w:rsidR="00224DFC" w:rsidRDefault="15C397D4">
      <w:pPr>
        <w:spacing w:after="0"/>
      </w:pPr>
      <w:r w:rsidRPr="15C397D4">
        <w:rPr>
          <w:rFonts w:ascii="Arial" w:hAnsi="Arial"/>
        </w:rPr>
        <w:t xml:space="preserve">Ellen knew it was going to be challenging, scary, and even dangerous, but she'd done her research and she decided to take the risk anyway. She'd </w:t>
      </w:r>
      <w:proofErr w:type="spellStart"/>
      <w:r w:rsidRPr="15C397D4">
        <w:rPr>
          <w:rFonts w:ascii="Arial" w:hAnsi="Arial"/>
        </w:rPr>
        <w:t>organi</w:t>
      </w:r>
      <w:r w:rsidR="1A092219" w:rsidRPr="15C397D4">
        <w:rPr>
          <w:rFonts w:ascii="Arial" w:hAnsi="Arial"/>
        </w:rPr>
        <w:t>s</w:t>
      </w:r>
      <w:r w:rsidRPr="15C397D4">
        <w:rPr>
          <w:rFonts w:ascii="Arial" w:hAnsi="Arial"/>
        </w:rPr>
        <w:t>ed</w:t>
      </w:r>
      <w:proofErr w:type="spellEnd"/>
      <w:r w:rsidRPr="15C397D4">
        <w:rPr>
          <w:rFonts w:ascii="Arial" w:hAnsi="Arial"/>
        </w:rPr>
        <w:t xml:space="preserve"> a stay with an Indian family for the first month. She figured this would be a safe way to find her feet.</w:t>
      </w:r>
    </w:p>
    <w:p w14:paraId="3DEEC669" w14:textId="77777777" w:rsidR="00224DFC" w:rsidRDefault="00224DFC">
      <w:pPr>
        <w:spacing w:after="0"/>
      </w:pPr>
    </w:p>
    <w:p w14:paraId="1F2E6AFA" w14:textId="559D33CF" w:rsidR="00224DFC" w:rsidRDefault="00000000">
      <w:pPr>
        <w:spacing w:after="0"/>
      </w:pPr>
      <w:r>
        <w:rPr>
          <w:rFonts w:ascii="Arial" w:hAnsi="Arial"/>
          <w:b/>
        </w:rPr>
        <w:t xml:space="preserve">Ellen </w:t>
      </w:r>
      <w:r>
        <w:rPr>
          <w:rFonts w:ascii="Arial" w:hAnsi="Arial"/>
          <w:color w:val="5D7284"/>
        </w:rPr>
        <w:t>07:29</w:t>
      </w:r>
    </w:p>
    <w:p w14:paraId="544EDFA6" w14:textId="0A10D44C" w:rsidR="00224DFC" w:rsidRDefault="15C397D4">
      <w:pPr>
        <w:spacing w:after="0"/>
      </w:pPr>
      <w:r w:rsidRPr="15C397D4">
        <w:rPr>
          <w:rFonts w:ascii="Arial" w:hAnsi="Arial"/>
        </w:rPr>
        <w:t xml:space="preserve">There was </w:t>
      </w:r>
      <w:proofErr w:type="spellStart"/>
      <w:r w:rsidRPr="15C397D4">
        <w:rPr>
          <w:rFonts w:ascii="Arial" w:hAnsi="Arial"/>
        </w:rPr>
        <w:t>R</w:t>
      </w:r>
      <w:r w:rsidR="316B3300" w:rsidRPr="15C397D4">
        <w:rPr>
          <w:rFonts w:ascii="Arial" w:hAnsi="Arial"/>
        </w:rPr>
        <w:t>hupi</w:t>
      </w:r>
      <w:proofErr w:type="spellEnd"/>
      <w:r w:rsidRPr="15C397D4">
        <w:rPr>
          <w:rFonts w:ascii="Arial" w:hAnsi="Arial"/>
        </w:rPr>
        <w:t xml:space="preserve">. </w:t>
      </w:r>
      <w:proofErr w:type="spellStart"/>
      <w:r w:rsidRPr="15C397D4">
        <w:rPr>
          <w:rFonts w:ascii="Arial" w:hAnsi="Arial"/>
        </w:rPr>
        <w:t>R</w:t>
      </w:r>
      <w:r w:rsidR="0DD88155" w:rsidRPr="15C397D4">
        <w:rPr>
          <w:rFonts w:ascii="Arial" w:hAnsi="Arial"/>
        </w:rPr>
        <w:t>hupi</w:t>
      </w:r>
      <w:proofErr w:type="spellEnd"/>
      <w:r w:rsidR="0DD88155" w:rsidRPr="15C397D4">
        <w:rPr>
          <w:rFonts w:ascii="Arial" w:hAnsi="Arial"/>
        </w:rPr>
        <w:t xml:space="preserve"> </w:t>
      </w:r>
      <w:r w:rsidRPr="15C397D4">
        <w:rPr>
          <w:rFonts w:ascii="Arial" w:hAnsi="Arial"/>
        </w:rPr>
        <w:t xml:space="preserve">said that she was my Indian mother, and then </w:t>
      </w:r>
      <w:r w:rsidR="23A90729" w:rsidRPr="15C397D4">
        <w:rPr>
          <w:rFonts w:ascii="Arial" w:eastAsia="Arial" w:hAnsi="Arial" w:cs="Arial"/>
          <w:color w:val="000000" w:themeColor="text1"/>
        </w:rPr>
        <w:t>Carminda Singh</w:t>
      </w:r>
      <w:r w:rsidRPr="15C397D4">
        <w:rPr>
          <w:rFonts w:ascii="Arial" w:hAnsi="Arial"/>
        </w:rPr>
        <w:t>, and who was a gentleman, a real gentleman, like a grandfather figure. You know, very gentle, quiet man.</w:t>
      </w:r>
    </w:p>
    <w:p w14:paraId="3656B9AB" w14:textId="77777777" w:rsidR="00224DFC" w:rsidRDefault="00224DFC">
      <w:pPr>
        <w:spacing w:after="0"/>
      </w:pPr>
    </w:p>
    <w:p w14:paraId="1D8CB03D" w14:textId="77777777" w:rsidR="00224DFC" w:rsidRDefault="00000000">
      <w:pPr>
        <w:spacing w:after="0"/>
      </w:pPr>
      <w:r>
        <w:rPr>
          <w:rFonts w:ascii="Arial" w:hAnsi="Arial"/>
          <w:b/>
        </w:rPr>
        <w:t xml:space="preserve">Narration- Carey Scheer:  </w:t>
      </w:r>
      <w:r>
        <w:rPr>
          <w:rFonts w:ascii="Arial" w:hAnsi="Arial"/>
          <w:color w:val="5D7284"/>
        </w:rPr>
        <w:t>07:44</w:t>
      </w:r>
    </w:p>
    <w:p w14:paraId="65CB142B" w14:textId="77777777" w:rsidR="00224DFC" w:rsidRDefault="00000000">
      <w:pPr>
        <w:spacing w:after="0"/>
      </w:pPr>
      <w:proofErr w:type="gramStart"/>
      <w:r>
        <w:rPr>
          <w:rFonts w:ascii="Arial" w:hAnsi="Arial"/>
        </w:rPr>
        <w:t>So</w:t>
      </w:r>
      <w:proofErr w:type="gramEnd"/>
      <w:r>
        <w:rPr>
          <w:rFonts w:ascii="Arial" w:hAnsi="Arial"/>
        </w:rPr>
        <w:t xml:space="preserve"> her Indian family picked her up from the airport, and they all hopped in a taxi together.</w:t>
      </w:r>
    </w:p>
    <w:p w14:paraId="45FB0818" w14:textId="77777777" w:rsidR="00224DFC" w:rsidRDefault="00224DFC">
      <w:pPr>
        <w:spacing w:after="0"/>
      </w:pPr>
    </w:p>
    <w:p w14:paraId="203996F4" w14:textId="0AD96FA2" w:rsidR="00224DFC" w:rsidRDefault="00000000">
      <w:pPr>
        <w:spacing w:after="0"/>
      </w:pPr>
      <w:r>
        <w:rPr>
          <w:rFonts w:ascii="Arial" w:hAnsi="Arial"/>
          <w:b/>
        </w:rPr>
        <w:t xml:space="preserve">Ellen </w:t>
      </w:r>
      <w:r>
        <w:rPr>
          <w:rFonts w:ascii="Arial" w:hAnsi="Arial"/>
          <w:color w:val="5D7284"/>
        </w:rPr>
        <w:t>07:49</w:t>
      </w:r>
    </w:p>
    <w:p w14:paraId="7D466939" w14:textId="77777777" w:rsidR="00224DFC" w:rsidRDefault="00000000">
      <w:pPr>
        <w:spacing w:after="0"/>
      </w:pPr>
      <w:r>
        <w:rPr>
          <w:rFonts w:ascii="Arial" w:hAnsi="Arial"/>
        </w:rPr>
        <w:t xml:space="preserve">The first impression was I can't explain it even. There was just like a </w:t>
      </w:r>
      <w:proofErr w:type="gramStart"/>
      <w:r>
        <w:rPr>
          <w:rFonts w:ascii="Arial" w:hAnsi="Arial"/>
        </w:rPr>
        <w:t>really different</w:t>
      </w:r>
      <w:proofErr w:type="gramEnd"/>
      <w:r>
        <w:rPr>
          <w:rFonts w:ascii="Arial" w:hAnsi="Arial"/>
        </w:rPr>
        <w:t xml:space="preserve"> smell that didn't smell like Australia to me, and you know the road just so busy and chaotic, and there's lots of honking people literally hanging out the windows, holding on from the roof. Very different.</w:t>
      </w:r>
    </w:p>
    <w:p w14:paraId="049F31CB" w14:textId="77777777" w:rsidR="00224DFC" w:rsidRDefault="00224DFC">
      <w:pPr>
        <w:spacing w:after="0"/>
      </w:pPr>
    </w:p>
    <w:p w14:paraId="7F005810" w14:textId="77777777" w:rsidR="00224DFC" w:rsidRDefault="00000000">
      <w:pPr>
        <w:spacing w:after="0"/>
      </w:pPr>
      <w:r>
        <w:rPr>
          <w:rFonts w:ascii="Arial" w:hAnsi="Arial"/>
          <w:b/>
        </w:rPr>
        <w:t xml:space="preserve">Narration- Carey Scheer:  </w:t>
      </w:r>
      <w:r>
        <w:rPr>
          <w:rFonts w:ascii="Arial" w:hAnsi="Arial"/>
          <w:color w:val="5D7284"/>
        </w:rPr>
        <w:t>08:10</w:t>
      </w:r>
    </w:p>
    <w:p w14:paraId="5C06D466" w14:textId="77777777" w:rsidR="00224DFC" w:rsidRDefault="00000000">
      <w:pPr>
        <w:spacing w:after="0"/>
      </w:pPr>
      <w:r>
        <w:rPr>
          <w:rFonts w:ascii="Arial" w:hAnsi="Arial"/>
        </w:rPr>
        <w:t>Ellen didn't want to just do the tourist things. She spent the first month volunteering at a school for deaf and blind children. There were lots of volunteers from all over the world, but she was the only one who lived with disability.</w:t>
      </w:r>
    </w:p>
    <w:p w14:paraId="53128261" w14:textId="77777777" w:rsidR="00224DFC" w:rsidRDefault="00224DFC">
      <w:pPr>
        <w:spacing w:after="0"/>
      </w:pPr>
    </w:p>
    <w:p w14:paraId="10DC68DA" w14:textId="529C4EC0" w:rsidR="00224DFC" w:rsidRDefault="00000000">
      <w:pPr>
        <w:spacing w:after="0"/>
      </w:pPr>
      <w:r>
        <w:rPr>
          <w:rFonts w:ascii="Arial" w:hAnsi="Arial"/>
          <w:b/>
        </w:rPr>
        <w:t xml:space="preserve">Ellen </w:t>
      </w:r>
      <w:r>
        <w:rPr>
          <w:rFonts w:ascii="Arial" w:hAnsi="Arial"/>
          <w:color w:val="5D7284"/>
        </w:rPr>
        <w:t>08:25</w:t>
      </w:r>
    </w:p>
    <w:p w14:paraId="4A9D3FF3" w14:textId="77777777" w:rsidR="00224DFC" w:rsidRDefault="00000000">
      <w:pPr>
        <w:spacing w:after="0"/>
      </w:pPr>
      <w:r>
        <w:rPr>
          <w:rFonts w:ascii="Arial" w:hAnsi="Arial"/>
        </w:rPr>
        <w:t xml:space="preserve">I pointed to my ear and to my hearing aid, and then I would sign the same, same as you. Their faces just lit up. They were </w:t>
      </w:r>
      <w:proofErr w:type="gramStart"/>
      <w:r>
        <w:rPr>
          <w:rFonts w:ascii="Arial" w:hAnsi="Arial"/>
        </w:rPr>
        <w:t>really happy</w:t>
      </w:r>
      <w:proofErr w:type="gramEnd"/>
      <w:r>
        <w:rPr>
          <w:rFonts w:ascii="Arial" w:hAnsi="Arial"/>
        </w:rPr>
        <w:t>, and she said, "Yeah, me too, me too, and I pointed their hearing aid.</w:t>
      </w:r>
    </w:p>
    <w:p w14:paraId="62486C05" w14:textId="77777777" w:rsidR="00224DFC" w:rsidRDefault="00224DFC">
      <w:pPr>
        <w:spacing w:after="0"/>
      </w:pPr>
    </w:p>
    <w:p w14:paraId="5B3C052A" w14:textId="77777777" w:rsidR="00224DFC" w:rsidRDefault="00000000">
      <w:pPr>
        <w:spacing w:after="0"/>
      </w:pPr>
      <w:r>
        <w:rPr>
          <w:rFonts w:ascii="Arial" w:hAnsi="Arial"/>
          <w:b/>
        </w:rPr>
        <w:t xml:space="preserve">Narration- Carey Scheer:  </w:t>
      </w:r>
      <w:r>
        <w:rPr>
          <w:rFonts w:ascii="Arial" w:hAnsi="Arial"/>
          <w:color w:val="5D7284"/>
        </w:rPr>
        <w:t>08:41</w:t>
      </w:r>
    </w:p>
    <w:p w14:paraId="7F1BED1F" w14:textId="7A8A5217" w:rsidR="00224DFC" w:rsidRDefault="00F95D77">
      <w:pPr>
        <w:spacing w:after="0"/>
      </w:pPr>
      <w:r w:rsidRPr="15C397D4">
        <w:rPr>
          <w:rFonts w:ascii="Arial" w:hAnsi="Arial"/>
        </w:rPr>
        <w:t>So,</w:t>
      </w:r>
      <w:r w:rsidR="15C397D4" w:rsidRPr="15C397D4">
        <w:rPr>
          <w:rFonts w:ascii="Arial" w:hAnsi="Arial"/>
        </w:rPr>
        <w:t xml:space="preserve"> she settled into her new Indian life. She worked with the kids during the day and </w:t>
      </w:r>
      <w:proofErr w:type="spellStart"/>
      <w:r w:rsidR="15C397D4" w:rsidRPr="15C397D4">
        <w:rPr>
          <w:rFonts w:ascii="Arial" w:hAnsi="Arial"/>
        </w:rPr>
        <w:t>sociali</w:t>
      </w:r>
      <w:r w:rsidR="0841FF01" w:rsidRPr="15C397D4">
        <w:rPr>
          <w:rFonts w:ascii="Arial" w:hAnsi="Arial"/>
        </w:rPr>
        <w:t>s</w:t>
      </w:r>
      <w:r w:rsidR="15C397D4" w:rsidRPr="15C397D4">
        <w:rPr>
          <w:rFonts w:ascii="Arial" w:hAnsi="Arial"/>
        </w:rPr>
        <w:t>ed</w:t>
      </w:r>
      <w:proofErr w:type="spellEnd"/>
      <w:r w:rsidR="15C397D4" w:rsidRPr="15C397D4">
        <w:rPr>
          <w:rFonts w:ascii="Arial" w:hAnsi="Arial"/>
        </w:rPr>
        <w:t xml:space="preserve"> with the volunteers in the evening. It really wasn't as scary or as hard as everyone had warned. One weekend, Ellen took a trip with some of the volunteers. They went up to this small farming village high up in the Himalayas. It felt </w:t>
      </w:r>
      <w:proofErr w:type="gramStart"/>
      <w:r w:rsidR="15C397D4" w:rsidRPr="15C397D4">
        <w:rPr>
          <w:rFonts w:ascii="Arial" w:hAnsi="Arial"/>
        </w:rPr>
        <w:t>really remote</w:t>
      </w:r>
      <w:proofErr w:type="gramEnd"/>
      <w:r w:rsidR="15C397D4" w:rsidRPr="15C397D4">
        <w:rPr>
          <w:rFonts w:ascii="Arial" w:hAnsi="Arial"/>
        </w:rPr>
        <w:t>. There was no electricity. It was one of the most remarkable experiences of her entire trip. But in the village, a man told her something that left her feeling deeply unsettled.</w:t>
      </w:r>
    </w:p>
    <w:p w14:paraId="4101652C" w14:textId="77777777" w:rsidR="00224DFC" w:rsidRDefault="00224DFC">
      <w:pPr>
        <w:spacing w:after="0"/>
      </w:pPr>
    </w:p>
    <w:p w14:paraId="6E529E77" w14:textId="7B191861" w:rsidR="00224DFC" w:rsidRDefault="00000000">
      <w:pPr>
        <w:spacing w:after="0"/>
      </w:pPr>
      <w:r>
        <w:rPr>
          <w:rFonts w:ascii="Arial" w:hAnsi="Arial"/>
          <w:b/>
        </w:rPr>
        <w:t>Elle</w:t>
      </w:r>
      <w:r w:rsidR="00F95D77">
        <w:rPr>
          <w:rFonts w:ascii="Arial" w:hAnsi="Arial"/>
          <w:b/>
        </w:rPr>
        <w:t>n</w:t>
      </w:r>
      <w:r>
        <w:rPr>
          <w:rFonts w:ascii="Arial" w:hAnsi="Arial"/>
          <w:b/>
        </w:rPr>
        <w:t xml:space="preserve"> </w:t>
      </w:r>
      <w:r>
        <w:rPr>
          <w:rFonts w:ascii="Arial" w:hAnsi="Arial"/>
          <w:color w:val="5D7284"/>
        </w:rPr>
        <w:t>09:15</w:t>
      </w:r>
    </w:p>
    <w:p w14:paraId="38781363" w14:textId="77777777" w:rsidR="00224DFC" w:rsidRDefault="00000000">
      <w:pPr>
        <w:spacing w:after="0"/>
      </w:pPr>
      <w:r>
        <w:rPr>
          <w:rFonts w:ascii="Arial" w:hAnsi="Arial"/>
        </w:rPr>
        <w:lastRenderedPageBreak/>
        <w:t xml:space="preserve">One of them said to me that it's </w:t>
      </w:r>
      <w:proofErr w:type="gramStart"/>
      <w:r>
        <w:rPr>
          <w:rFonts w:ascii="Arial" w:hAnsi="Arial"/>
        </w:rPr>
        <w:t>really important</w:t>
      </w:r>
      <w:proofErr w:type="gramEnd"/>
      <w:r>
        <w:rPr>
          <w:rFonts w:ascii="Arial" w:hAnsi="Arial"/>
        </w:rPr>
        <w:t xml:space="preserve"> that you're here because you can show people that people who are visibly different who have a disability can live a good life, can live a full life. Whereas if I had been born in India, I probably wouldn't have had a life.</w:t>
      </w:r>
    </w:p>
    <w:p w14:paraId="4B99056E" w14:textId="77777777" w:rsidR="00224DFC" w:rsidRDefault="00224DFC">
      <w:pPr>
        <w:spacing w:after="0"/>
      </w:pPr>
    </w:p>
    <w:p w14:paraId="2E786C57" w14:textId="77777777" w:rsidR="00224DFC" w:rsidRDefault="00000000">
      <w:pPr>
        <w:spacing w:after="0"/>
      </w:pPr>
      <w:r>
        <w:rPr>
          <w:rFonts w:ascii="Arial" w:hAnsi="Arial"/>
          <w:b/>
        </w:rPr>
        <w:t xml:space="preserve">Narration- Carey Scheer:  </w:t>
      </w:r>
      <w:r>
        <w:rPr>
          <w:rFonts w:ascii="Arial" w:hAnsi="Arial"/>
          <w:color w:val="5D7284"/>
        </w:rPr>
        <w:t>09:34</w:t>
      </w:r>
    </w:p>
    <w:p w14:paraId="415FA680" w14:textId="0C6717C8" w:rsidR="00224DFC" w:rsidRDefault="15C397D4">
      <w:pPr>
        <w:spacing w:after="0"/>
      </w:pPr>
      <w:r w:rsidRPr="15C397D4">
        <w:rPr>
          <w:rFonts w:ascii="Arial" w:hAnsi="Arial"/>
        </w:rPr>
        <w:t>He went on to tell her that in some parts of India, she might have been drowned at birth, that there are very little resources for people like her, and that a lot of people with disability ended up on the streets. It was horrible to hear, but he wasn't trying to be mean. He was truly happy to see her living a good life, and he wanted others to learn from her. But Ellen was feeling very</w:t>
      </w:r>
      <w:r w:rsidR="3BDD6036" w:rsidRPr="15C397D4">
        <w:rPr>
          <w:rFonts w:ascii="Arial" w:hAnsi="Arial"/>
        </w:rPr>
        <w:t xml:space="preserve"> c</w:t>
      </w:r>
      <w:r w:rsidRPr="15C397D4">
        <w:rPr>
          <w:rFonts w:ascii="Arial" w:hAnsi="Arial"/>
        </w:rPr>
        <w:t>onflicted by this, she thought about the kids she'd been volunteering with.</w:t>
      </w:r>
    </w:p>
    <w:p w14:paraId="1299C43A" w14:textId="77777777" w:rsidR="00224DFC" w:rsidRDefault="00224DFC">
      <w:pPr>
        <w:spacing w:after="0"/>
      </w:pPr>
    </w:p>
    <w:p w14:paraId="56FDBDF5" w14:textId="0CC946D7" w:rsidR="00224DFC" w:rsidRDefault="00000000">
      <w:pPr>
        <w:spacing w:after="0"/>
      </w:pPr>
      <w:r>
        <w:rPr>
          <w:rFonts w:ascii="Arial" w:hAnsi="Arial"/>
          <w:b/>
        </w:rPr>
        <w:t xml:space="preserve">Ellen </w:t>
      </w:r>
      <w:r>
        <w:rPr>
          <w:rFonts w:ascii="Arial" w:hAnsi="Arial"/>
          <w:color w:val="5D7284"/>
        </w:rPr>
        <w:t>10:06</w:t>
      </w:r>
    </w:p>
    <w:p w14:paraId="5C7577A3" w14:textId="22B7745A" w:rsidR="00224DFC" w:rsidRDefault="15C397D4">
      <w:pPr>
        <w:spacing w:after="0"/>
      </w:pPr>
      <w:r w:rsidRPr="15C397D4">
        <w:rPr>
          <w:rFonts w:ascii="Arial" w:hAnsi="Arial"/>
        </w:rPr>
        <w:t xml:space="preserve">You can't expect these young children who are living in India to see me as a white </w:t>
      </w:r>
      <w:r w:rsidR="53EEAE4A" w:rsidRPr="15C397D4">
        <w:rPr>
          <w:rFonts w:ascii="Arial" w:hAnsi="Arial"/>
        </w:rPr>
        <w:t xml:space="preserve">westerner </w:t>
      </w:r>
      <w:r w:rsidRPr="15C397D4">
        <w:rPr>
          <w:rFonts w:ascii="Arial" w:hAnsi="Arial"/>
        </w:rPr>
        <w:t>coming in and showing them the way because I can't do that. I did have a lot of opportunities and a lot of support and a lot of services and a lot of resources that were driven towards my development as a young child. If I had been born in India, I don't think I would have had those resources. But also, I think it is also important for them to see the ideal and what it could be and how those resources could be used in a way that that makes the difference for them too. I don't know. It was a challenging experience.</w:t>
      </w:r>
    </w:p>
    <w:p w14:paraId="4DDBEF00" w14:textId="77777777" w:rsidR="00224DFC" w:rsidRDefault="00224DFC">
      <w:pPr>
        <w:spacing w:after="0"/>
      </w:pPr>
    </w:p>
    <w:p w14:paraId="55595D94" w14:textId="77777777" w:rsidR="00224DFC" w:rsidRDefault="00000000">
      <w:pPr>
        <w:spacing w:after="0"/>
      </w:pPr>
      <w:r>
        <w:rPr>
          <w:rFonts w:ascii="Arial" w:hAnsi="Arial"/>
          <w:b/>
        </w:rPr>
        <w:t xml:space="preserve">Narration- Carey Scheer:  </w:t>
      </w:r>
      <w:r>
        <w:rPr>
          <w:rFonts w:ascii="Arial" w:hAnsi="Arial"/>
          <w:color w:val="5D7284"/>
        </w:rPr>
        <w:t>10:50</w:t>
      </w:r>
    </w:p>
    <w:p w14:paraId="56CBD60A" w14:textId="77777777" w:rsidR="00224DFC" w:rsidRDefault="00000000">
      <w:pPr>
        <w:spacing w:after="0"/>
      </w:pPr>
      <w:r>
        <w:rPr>
          <w:rFonts w:ascii="Arial" w:hAnsi="Arial"/>
        </w:rPr>
        <w:t xml:space="preserve">After Ellen left the school, she joined up with a tour group. They were a </w:t>
      </w:r>
      <w:proofErr w:type="gramStart"/>
      <w:r>
        <w:rPr>
          <w:rFonts w:ascii="Arial" w:hAnsi="Arial"/>
        </w:rPr>
        <w:t>really fun</w:t>
      </w:r>
      <w:proofErr w:type="gramEnd"/>
      <w:r>
        <w:rPr>
          <w:rFonts w:ascii="Arial" w:hAnsi="Arial"/>
        </w:rPr>
        <w:t>, eccentric, eclectic group of people from all over the world, and they had a really great time traveling together, but when they arrived in Varanasi, she discovered the group was disbanding. She was the only person that had booked onto the second half of the trip, and she had to make her own way to Darjeeling, about a 13-hour train ride away. She had not planned or prepared for this, and she was starting to get sick. She was in this tiny train compartment with three male strangers. No one spoke to her. She was coughing. Her anxiety was building. Then, in the darkness of night, the man in the bunk above crept down the ladder. She pretended to sleep, but then she felt him reach under her legs. Her bag started to move.</w:t>
      </w:r>
    </w:p>
    <w:p w14:paraId="3461D779" w14:textId="77777777" w:rsidR="00224DFC" w:rsidRDefault="00224DFC">
      <w:pPr>
        <w:spacing w:after="0"/>
      </w:pPr>
    </w:p>
    <w:p w14:paraId="2AB7BBFA" w14:textId="20AF547D" w:rsidR="00224DFC" w:rsidRDefault="00000000">
      <w:pPr>
        <w:spacing w:after="0"/>
      </w:pPr>
      <w:r>
        <w:rPr>
          <w:rFonts w:ascii="Arial" w:hAnsi="Arial"/>
          <w:b/>
        </w:rPr>
        <w:t xml:space="preserve">Ellen </w:t>
      </w:r>
      <w:r>
        <w:rPr>
          <w:rFonts w:ascii="Arial" w:hAnsi="Arial"/>
          <w:color w:val="5D7284"/>
        </w:rPr>
        <w:t>11:49</w:t>
      </w:r>
    </w:p>
    <w:p w14:paraId="6A79BF29" w14:textId="2B9D8429" w:rsidR="00224DFC" w:rsidRDefault="15C397D4">
      <w:pPr>
        <w:spacing w:after="0"/>
      </w:pPr>
      <w:r w:rsidRPr="15C397D4">
        <w:rPr>
          <w:rFonts w:ascii="Arial" w:hAnsi="Arial"/>
        </w:rPr>
        <w:t>I looked up and was like, "What are you doing? He startled and then went back up to the bunk I was petrified. I just didn't lie down again. I just sat on my bed with my belonging</w:t>
      </w:r>
      <w:r w:rsidR="37F0146F" w:rsidRPr="15C397D4">
        <w:rPr>
          <w:rFonts w:ascii="Arial" w:hAnsi="Arial"/>
        </w:rPr>
        <w:t>s</w:t>
      </w:r>
      <w:r w:rsidRPr="15C397D4">
        <w:rPr>
          <w:rFonts w:ascii="Arial" w:hAnsi="Arial"/>
        </w:rPr>
        <w:t xml:space="preserve"> behind me.</w:t>
      </w:r>
    </w:p>
    <w:p w14:paraId="3CF2D8B6" w14:textId="77777777" w:rsidR="00224DFC" w:rsidRDefault="00224DFC">
      <w:pPr>
        <w:spacing w:after="0"/>
      </w:pPr>
    </w:p>
    <w:p w14:paraId="6595B556" w14:textId="77777777" w:rsidR="00224DFC" w:rsidRDefault="00000000">
      <w:pPr>
        <w:spacing w:after="0"/>
      </w:pPr>
      <w:r>
        <w:rPr>
          <w:rFonts w:ascii="Arial" w:hAnsi="Arial"/>
          <w:b/>
        </w:rPr>
        <w:t xml:space="preserve">Narration- Carey Scheer:  </w:t>
      </w:r>
      <w:r>
        <w:rPr>
          <w:rFonts w:ascii="Arial" w:hAnsi="Arial"/>
          <w:color w:val="5D7284"/>
        </w:rPr>
        <w:t>12:02</w:t>
      </w:r>
    </w:p>
    <w:p w14:paraId="520CDFEB" w14:textId="77777777" w:rsidR="00224DFC" w:rsidRDefault="00000000">
      <w:pPr>
        <w:spacing w:after="0"/>
      </w:pPr>
      <w:r>
        <w:rPr>
          <w:rFonts w:ascii="Arial" w:hAnsi="Arial"/>
        </w:rPr>
        <w:t xml:space="preserve">She sat frozen like that until night turned </w:t>
      </w:r>
      <w:proofErr w:type="gramStart"/>
      <w:r>
        <w:rPr>
          <w:rFonts w:ascii="Arial" w:hAnsi="Arial"/>
        </w:rPr>
        <w:t>to day</w:t>
      </w:r>
      <w:proofErr w:type="gramEnd"/>
      <w:r>
        <w:rPr>
          <w:rFonts w:ascii="Arial" w:hAnsi="Arial"/>
        </w:rPr>
        <w:t>. But when the sun came up, it didn't do too much to minimize her anxiety, because now she needed to figure out when she was getting off that train and quick. Then the man across from her suddenly spoke to her. He said he'd heard her coughing all night and wondered if she needed any medicine. She declined this offer, but she thought he seemed genuine.</w:t>
      </w:r>
    </w:p>
    <w:p w14:paraId="0FB78278" w14:textId="77777777" w:rsidR="00224DFC" w:rsidRDefault="00224DFC">
      <w:pPr>
        <w:spacing w:after="0"/>
      </w:pPr>
    </w:p>
    <w:p w14:paraId="00C70B0A" w14:textId="01490399" w:rsidR="00224DFC" w:rsidRDefault="00000000">
      <w:pPr>
        <w:spacing w:after="0"/>
      </w:pPr>
      <w:r>
        <w:rPr>
          <w:rFonts w:ascii="Arial" w:hAnsi="Arial"/>
          <w:b/>
        </w:rPr>
        <w:t xml:space="preserve">Ellen </w:t>
      </w:r>
      <w:r>
        <w:rPr>
          <w:rFonts w:ascii="Arial" w:hAnsi="Arial"/>
          <w:color w:val="5D7284"/>
        </w:rPr>
        <w:t>12:29</w:t>
      </w:r>
    </w:p>
    <w:p w14:paraId="7F7A2E1B" w14:textId="4DA3DF63" w:rsidR="00224DFC" w:rsidRDefault="1182D01D" w:rsidP="15C397D4">
      <w:pPr>
        <w:spacing w:after="0"/>
        <w:rPr>
          <w:rFonts w:ascii="Arial" w:hAnsi="Arial"/>
        </w:rPr>
      </w:pPr>
      <w:r w:rsidRPr="15C397D4">
        <w:rPr>
          <w:rFonts w:ascii="Arial" w:hAnsi="Arial"/>
        </w:rPr>
        <w:t>He</w:t>
      </w:r>
      <w:r w:rsidR="15C397D4" w:rsidRPr="15C397D4">
        <w:rPr>
          <w:rFonts w:ascii="Arial" w:hAnsi="Arial"/>
        </w:rPr>
        <w:t xml:space="preserve"> just </w:t>
      </w:r>
      <w:r w:rsidR="4A5BA749" w:rsidRPr="15C397D4">
        <w:rPr>
          <w:rFonts w:ascii="Arial" w:hAnsi="Arial"/>
        </w:rPr>
        <w:t>seemed</w:t>
      </w:r>
      <w:r w:rsidR="15C397D4" w:rsidRPr="15C397D4">
        <w:rPr>
          <w:rFonts w:ascii="Arial" w:hAnsi="Arial"/>
        </w:rPr>
        <w:t xml:space="preserve"> to care, so I said, "Oh, can you tell me when I get to this stop?</w:t>
      </w:r>
      <w:r w:rsidR="0BD2884D" w:rsidRPr="15C397D4">
        <w:rPr>
          <w:rFonts w:ascii="Arial" w:hAnsi="Arial"/>
        </w:rPr>
        <w:t>”</w:t>
      </w:r>
      <w:r w:rsidR="15C397D4" w:rsidRPr="15C397D4">
        <w:rPr>
          <w:rFonts w:ascii="Arial" w:hAnsi="Arial"/>
        </w:rPr>
        <w:t xml:space="preserve"> </w:t>
      </w:r>
      <w:r w:rsidR="516C4016" w:rsidRPr="15C397D4">
        <w:rPr>
          <w:rFonts w:ascii="Arial" w:hAnsi="Arial"/>
        </w:rPr>
        <w:t>a</w:t>
      </w:r>
      <w:r w:rsidR="15C397D4" w:rsidRPr="15C397D4">
        <w:rPr>
          <w:rFonts w:ascii="Arial" w:hAnsi="Arial"/>
        </w:rPr>
        <w:t xml:space="preserve">nd I pointed to my </w:t>
      </w:r>
      <w:r w:rsidR="26FCC5E1" w:rsidRPr="15C397D4">
        <w:rPr>
          <w:rFonts w:ascii="Arial" w:hAnsi="Arial"/>
        </w:rPr>
        <w:t>itinerary,</w:t>
      </w:r>
      <w:r w:rsidR="15C397D4" w:rsidRPr="15C397D4">
        <w:rPr>
          <w:rFonts w:ascii="Arial" w:hAnsi="Arial"/>
        </w:rPr>
        <w:t xml:space="preserve"> and I showed him where I wanted to get off, and I said, "Please tell me when I get to this stop</w:t>
      </w:r>
      <w:r w:rsidR="293F1BC5" w:rsidRPr="15C397D4">
        <w:rPr>
          <w:rFonts w:ascii="Arial" w:hAnsi="Arial"/>
        </w:rPr>
        <w:t>”</w:t>
      </w:r>
      <w:r w:rsidR="15C397D4" w:rsidRPr="15C397D4">
        <w:rPr>
          <w:rFonts w:ascii="Arial" w:hAnsi="Arial"/>
        </w:rPr>
        <w:t xml:space="preserve">, and he </w:t>
      </w:r>
      <w:r w:rsidR="083465F1" w:rsidRPr="15C397D4">
        <w:rPr>
          <w:rFonts w:ascii="Arial" w:hAnsi="Arial"/>
        </w:rPr>
        <w:t>said,</w:t>
      </w:r>
      <w:r w:rsidR="15C397D4" w:rsidRPr="15C397D4">
        <w:rPr>
          <w:rFonts w:ascii="Arial" w:hAnsi="Arial"/>
        </w:rPr>
        <w:t xml:space="preserve"> </w:t>
      </w:r>
      <w:r w:rsidR="54616257" w:rsidRPr="15C397D4">
        <w:rPr>
          <w:rFonts w:ascii="Arial" w:hAnsi="Arial"/>
        </w:rPr>
        <w:t>“</w:t>
      </w:r>
      <w:r w:rsidR="15C397D4" w:rsidRPr="15C397D4">
        <w:rPr>
          <w:rFonts w:ascii="Arial" w:hAnsi="Arial"/>
        </w:rPr>
        <w:t>yes, yes, yes</w:t>
      </w:r>
      <w:r w:rsidR="46E1C333" w:rsidRPr="15C397D4">
        <w:rPr>
          <w:rFonts w:ascii="Arial" w:hAnsi="Arial"/>
        </w:rPr>
        <w:t>”</w:t>
      </w:r>
      <w:r w:rsidR="15C397D4" w:rsidRPr="15C397D4">
        <w:rPr>
          <w:rFonts w:ascii="Arial" w:hAnsi="Arial"/>
        </w:rPr>
        <w:t xml:space="preserve">. Every time the train stopped, </w:t>
      </w:r>
      <w:r w:rsidR="50CB901C" w:rsidRPr="15C397D4">
        <w:rPr>
          <w:rFonts w:ascii="Arial" w:hAnsi="Arial"/>
        </w:rPr>
        <w:t xml:space="preserve">I </w:t>
      </w:r>
      <w:r w:rsidR="15C397D4" w:rsidRPr="15C397D4">
        <w:rPr>
          <w:rFonts w:ascii="Arial" w:hAnsi="Arial"/>
        </w:rPr>
        <w:t>said, "Is it this stop?</w:t>
      </w:r>
      <w:r w:rsidR="7DF15BE0" w:rsidRPr="15C397D4">
        <w:rPr>
          <w:rFonts w:ascii="Arial" w:hAnsi="Arial"/>
        </w:rPr>
        <w:t>”</w:t>
      </w:r>
      <w:r w:rsidR="0EF7F944" w:rsidRPr="15C397D4">
        <w:rPr>
          <w:rFonts w:ascii="Arial" w:hAnsi="Arial"/>
        </w:rPr>
        <w:t>,</w:t>
      </w:r>
      <w:r w:rsidR="15C397D4" w:rsidRPr="15C397D4">
        <w:rPr>
          <w:rFonts w:ascii="Arial" w:hAnsi="Arial"/>
        </w:rPr>
        <w:t xml:space="preserve"> </w:t>
      </w:r>
      <w:r w:rsidR="56124013" w:rsidRPr="15C397D4">
        <w:rPr>
          <w:rFonts w:ascii="Arial" w:hAnsi="Arial"/>
        </w:rPr>
        <w:t>“N</w:t>
      </w:r>
      <w:r w:rsidR="15C397D4" w:rsidRPr="15C397D4">
        <w:rPr>
          <w:rFonts w:ascii="Arial" w:hAnsi="Arial"/>
        </w:rPr>
        <w:t>o</w:t>
      </w:r>
      <w:r w:rsidR="1710A3AF" w:rsidRPr="15C397D4">
        <w:rPr>
          <w:rFonts w:ascii="Arial" w:hAnsi="Arial"/>
        </w:rPr>
        <w:t>”. “I</w:t>
      </w:r>
      <w:r w:rsidR="15C397D4" w:rsidRPr="15C397D4">
        <w:rPr>
          <w:rFonts w:ascii="Arial" w:hAnsi="Arial"/>
        </w:rPr>
        <w:t xml:space="preserve">s it this </w:t>
      </w:r>
      <w:r w:rsidR="15C397D4" w:rsidRPr="15C397D4">
        <w:rPr>
          <w:rFonts w:ascii="Arial" w:hAnsi="Arial"/>
        </w:rPr>
        <w:lastRenderedPageBreak/>
        <w:t>stop?</w:t>
      </w:r>
      <w:r w:rsidR="4DF5FCAA" w:rsidRPr="15C397D4">
        <w:rPr>
          <w:rFonts w:ascii="Arial" w:hAnsi="Arial"/>
        </w:rPr>
        <w:t>”. “</w:t>
      </w:r>
      <w:r w:rsidR="15C397D4" w:rsidRPr="15C397D4">
        <w:rPr>
          <w:rFonts w:ascii="Arial" w:hAnsi="Arial"/>
        </w:rPr>
        <w:t>No</w:t>
      </w:r>
      <w:r w:rsidR="2CB228E0" w:rsidRPr="15C397D4">
        <w:rPr>
          <w:rFonts w:ascii="Arial" w:hAnsi="Arial"/>
        </w:rPr>
        <w:t>”</w:t>
      </w:r>
      <w:r w:rsidR="15C397D4" w:rsidRPr="15C397D4">
        <w:rPr>
          <w:rFonts w:ascii="Arial" w:hAnsi="Arial"/>
        </w:rPr>
        <w:t xml:space="preserve">. Three hours later, </w:t>
      </w:r>
      <w:r w:rsidR="0CDBBA79" w:rsidRPr="15C397D4">
        <w:rPr>
          <w:rFonts w:ascii="Arial" w:hAnsi="Arial"/>
        </w:rPr>
        <w:t xml:space="preserve">"Is it </w:t>
      </w:r>
      <w:r w:rsidR="15C397D4" w:rsidRPr="15C397D4">
        <w:rPr>
          <w:rFonts w:ascii="Arial" w:hAnsi="Arial"/>
        </w:rPr>
        <w:t>this stop?</w:t>
      </w:r>
      <w:r w:rsidR="2820762D" w:rsidRPr="15C397D4">
        <w:rPr>
          <w:rFonts w:ascii="Arial" w:hAnsi="Arial"/>
        </w:rPr>
        <w:t>”.</w:t>
      </w:r>
      <w:r w:rsidR="15C397D4" w:rsidRPr="15C397D4">
        <w:rPr>
          <w:rFonts w:ascii="Arial" w:hAnsi="Arial"/>
        </w:rPr>
        <w:t xml:space="preserve"> </w:t>
      </w:r>
      <w:r w:rsidR="2FFDDD6E" w:rsidRPr="15C397D4">
        <w:rPr>
          <w:rFonts w:ascii="Arial" w:hAnsi="Arial"/>
        </w:rPr>
        <w:t>“</w:t>
      </w:r>
      <w:r w:rsidR="15C397D4" w:rsidRPr="15C397D4">
        <w:rPr>
          <w:rFonts w:ascii="Arial" w:hAnsi="Arial"/>
        </w:rPr>
        <w:t>Yes</w:t>
      </w:r>
      <w:r w:rsidR="1CC7DEA8" w:rsidRPr="15C397D4">
        <w:rPr>
          <w:rFonts w:ascii="Arial" w:hAnsi="Arial"/>
        </w:rPr>
        <w:t>! Yo</w:t>
      </w:r>
      <w:r w:rsidR="15C397D4" w:rsidRPr="15C397D4">
        <w:rPr>
          <w:rFonts w:ascii="Arial" w:hAnsi="Arial"/>
        </w:rPr>
        <w:t>u're getting off here</w:t>
      </w:r>
      <w:r w:rsidR="21A4F3C0" w:rsidRPr="15C397D4">
        <w:rPr>
          <w:rFonts w:ascii="Arial" w:hAnsi="Arial"/>
        </w:rPr>
        <w:t>”</w:t>
      </w:r>
      <w:r w:rsidR="15C397D4" w:rsidRPr="15C397D4">
        <w:rPr>
          <w:rFonts w:ascii="Arial" w:hAnsi="Arial"/>
        </w:rPr>
        <w:t>, and he helped me get my bags and put me off the train there.</w:t>
      </w:r>
    </w:p>
    <w:p w14:paraId="1FC39945" w14:textId="77777777" w:rsidR="00224DFC" w:rsidRDefault="00224DFC">
      <w:pPr>
        <w:spacing w:after="0"/>
      </w:pPr>
    </w:p>
    <w:p w14:paraId="3C2DA96D" w14:textId="77777777" w:rsidR="00224DFC" w:rsidRDefault="00000000">
      <w:pPr>
        <w:spacing w:after="0"/>
      </w:pPr>
      <w:r>
        <w:rPr>
          <w:rFonts w:ascii="Arial" w:hAnsi="Arial"/>
          <w:b/>
        </w:rPr>
        <w:t xml:space="preserve">Narration- Carey Scheer:  </w:t>
      </w:r>
      <w:r>
        <w:rPr>
          <w:rFonts w:ascii="Arial" w:hAnsi="Arial"/>
          <w:color w:val="5D7284"/>
        </w:rPr>
        <w:t>12:55</w:t>
      </w:r>
    </w:p>
    <w:p w14:paraId="2F1DFD2C" w14:textId="16D7BBC5" w:rsidR="00224DFC" w:rsidRDefault="15C397D4">
      <w:pPr>
        <w:spacing w:after="0"/>
      </w:pPr>
      <w:r w:rsidRPr="15C397D4">
        <w:rPr>
          <w:rFonts w:ascii="Arial" w:hAnsi="Arial"/>
        </w:rPr>
        <w:t xml:space="preserve">So that was it. She asked for help and figured it out. Everyone who told Ellen that she was crazy to risk traveling on her own when she has limited vision and hearing, they might say she got lucky, and they'd be right. She could have been robbed, or missed her train station, or been taken advantage of, or any number of terrible things. But all those things could happen to anyone traveling alone, and still </w:t>
      </w:r>
      <w:proofErr w:type="gramStart"/>
      <w:r w:rsidRPr="15C397D4">
        <w:rPr>
          <w:rFonts w:ascii="Arial" w:hAnsi="Arial"/>
        </w:rPr>
        <w:t>lots and lots of</w:t>
      </w:r>
      <w:proofErr w:type="gramEnd"/>
      <w:r w:rsidRPr="15C397D4">
        <w:rPr>
          <w:rFonts w:ascii="Arial" w:hAnsi="Arial"/>
        </w:rPr>
        <w:t xml:space="preserve"> people do it, and that's why she gets so frustrated when people are so amazed that she's done</w:t>
      </w:r>
      <w:r w:rsidR="1C55F216" w:rsidRPr="15C397D4">
        <w:rPr>
          <w:rFonts w:ascii="Arial" w:hAnsi="Arial"/>
        </w:rPr>
        <w:t xml:space="preserve"> it.</w:t>
      </w:r>
    </w:p>
    <w:p w14:paraId="0562CB0E" w14:textId="77777777" w:rsidR="00224DFC" w:rsidRDefault="00224DFC">
      <w:pPr>
        <w:spacing w:after="0"/>
      </w:pPr>
    </w:p>
    <w:p w14:paraId="6CBE8246" w14:textId="691BC34B" w:rsidR="00224DFC" w:rsidRDefault="00000000">
      <w:pPr>
        <w:spacing w:after="0"/>
      </w:pPr>
      <w:r>
        <w:rPr>
          <w:rFonts w:ascii="Arial" w:hAnsi="Arial"/>
          <w:b/>
        </w:rPr>
        <w:t xml:space="preserve">Ellen </w:t>
      </w:r>
      <w:r>
        <w:rPr>
          <w:rFonts w:ascii="Arial" w:hAnsi="Arial"/>
          <w:color w:val="5D7284"/>
        </w:rPr>
        <w:t>13:31</w:t>
      </w:r>
    </w:p>
    <w:p w14:paraId="506494CD" w14:textId="4CCC74E6" w:rsidR="00224DFC" w:rsidRDefault="15C397D4" w:rsidP="15C397D4">
      <w:pPr>
        <w:spacing w:after="0"/>
        <w:rPr>
          <w:rFonts w:ascii="Arial" w:hAnsi="Arial"/>
        </w:rPr>
      </w:pPr>
      <w:r w:rsidRPr="15C397D4">
        <w:rPr>
          <w:rFonts w:ascii="Arial" w:hAnsi="Arial"/>
        </w:rPr>
        <w:t>Yeah, the only thing that I worry about with this story, like I went to India on my own, is that I worry that it would be considered to be inspirational, an</w:t>
      </w:r>
      <w:r w:rsidR="7D2E3CB2" w:rsidRPr="15C397D4">
        <w:rPr>
          <w:rFonts w:ascii="Arial" w:hAnsi="Arial"/>
        </w:rPr>
        <w:t xml:space="preserve">y </w:t>
      </w:r>
      <w:r w:rsidRPr="15C397D4">
        <w:rPr>
          <w:rFonts w:ascii="Arial" w:hAnsi="Arial"/>
        </w:rPr>
        <w:t>young person can go to India on their own, and people won't really react to it. But because I have a disability, when I go to India on my own, everyone reacts to that story.</w:t>
      </w:r>
    </w:p>
    <w:p w14:paraId="34CE0A41" w14:textId="77777777" w:rsidR="00224DFC" w:rsidRDefault="00224DFC">
      <w:pPr>
        <w:spacing w:after="0"/>
      </w:pPr>
    </w:p>
    <w:p w14:paraId="52303C34" w14:textId="77777777" w:rsidR="00224DFC" w:rsidRDefault="00000000">
      <w:pPr>
        <w:spacing w:after="0"/>
      </w:pPr>
      <w:r>
        <w:rPr>
          <w:rFonts w:ascii="Arial" w:hAnsi="Arial"/>
          <w:b/>
        </w:rPr>
        <w:t xml:space="preserve">Narration- Carey Scheer:  </w:t>
      </w:r>
      <w:r>
        <w:rPr>
          <w:rFonts w:ascii="Arial" w:hAnsi="Arial"/>
          <w:color w:val="5D7284"/>
        </w:rPr>
        <w:t>13:51</w:t>
      </w:r>
    </w:p>
    <w:p w14:paraId="1902B6B8" w14:textId="77777777" w:rsidR="00224DFC" w:rsidRDefault="00000000">
      <w:pPr>
        <w:spacing w:after="0"/>
      </w:pPr>
      <w:r>
        <w:rPr>
          <w:rFonts w:ascii="Arial" w:hAnsi="Arial"/>
        </w:rPr>
        <w:t>And the reason that's a problem is because it's directly related to the kind of thinking that too often keeps people who live with disability stuck in the safe zone.</w:t>
      </w:r>
    </w:p>
    <w:p w14:paraId="62EBF3C5" w14:textId="77777777" w:rsidR="00224DFC" w:rsidRDefault="00224DFC">
      <w:pPr>
        <w:spacing w:after="0"/>
      </w:pPr>
    </w:p>
    <w:p w14:paraId="7FED03C3" w14:textId="692015B9" w:rsidR="00224DFC" w:rsidRDefault="00000000">
      <w:pPr>
        <w:spacing w:after="0"/>
      </w:pPr>
      <w:r>
        <w:rPr>
          <w:rFonts w:ascii="Arial" w:hAnsi="Arial"/>
          <w:b/>
        </w:rPr>
        <w:t xml:space="preserve">Ellen </w:t>
      </w:r>
      <w:r>
        <w:rPr>
          <w:rFonts w:ascii="Arial" w:hAnsi="Arial"/>
          <w:color w:val="5D7284"/>
        </w:rPr>
        <w:t>14:02</w:t>
      </w:r>
    </w:p>
    <w:p w14:paraId="1F941F85" w14:textId="4A80A261" w:rsidR="00224DFC" w:rsidRDefault="15C397D4">
      <w:pPr>
        <w:spacing w:after="0"/>
      </w:pPr>
      <w:r w:rsidRPr="15C397D4">
        <w:rPr>
          <w:rFonts w:ascii="Arial" w:hAnsi="Arial"/>
        </w:rPr>
        <w:t xml:space="preserve">Everyone wants to protect you or to remove anything that might be harmful or risky, and that is </w:t>
      </w:r>
      <w:proofErr w:type="gramStart"/>
      <w:r w:rsidRPr="15C397D4">
        <w:rPr>
          <w:rFonts w:ascii="Arial" w:hAnsi="Arial"/>
        </w:rPr>
        <w:t>actually the</w:t>
      </w:r>
      <w:proofErr w:type="gramEnd"/>
      <w:r w:rsidRPr="15C397D4">
        <w:rPr>
          <w:rFonts w:ascii="Arial" w:hAnsi="Arial"/>
        </w:rPr>
        <w:t xml:space="preserve"> most unhelpful thing that anyone can ever do. Because </w:t>
      </w:r>
      <w:r w:rsidRPr="00F95D77">
        <w:rPr>
          <w:rFonts w:ascii="Arial" w:hAnsi="Arial"/>
        </w:rPr>
        <w:t>if you don't take risks and if you don't make mistakes, you can't possibly develop any sense of identity</w:t>
      </w:r>
      <w:r w:rsidR="0398EEF7" w:rsidRPr="00F95D77">
        <w:rPr>
          <w:rFonts w:ascii="Arial" w:hAnsi="Arial"/>
        </w:rPr>
        <w:t>.</w:t>
      </w:r>
      <w:r w:rsidR="01526E47" w:rsidRPr="00F95D77">
        <w:rPr>
          <w:rFonts w:ascii="Arial" w:hAnsi="Arial"/>
        </w:rPr>
        <w:t xml:space="preserve"> It’s</w:t>
      </w:r>
      <w:r w:rsidR="01526E47" w:rsidRPr="15C397D4">
        <w:rPr>
          <w:rFonts w:ascii="Arial" w:hAnsi="Arial"/>
        </w:rPr>
        <w:t xml:space="preserve"> a</w:t>
      </w:r>
      <w:r w:rsidRPr="15C397D4">
        <w:rPr>
          <w:rFonts w:ascii="Arial" w:hAnsi="Arial"/>
        </w:rPr>
        <w:t>bout learning our own limits and what we can do, rather than what other people think that we should or shouldn't be able to do. I'm going to India was a big, big message to everyone to just shut up and leave me alone and let me do what I want to do. And I think they got the message loud and clear. They really did.</w:t>
      </w:r>
    </w:p>
    <w:p w14:paraId="6D98A12B" w14:textId="77777777" w:rsidR="00224DFC" w:rsidRDefault="00224DFC">
      <w:pPr>
        <w:spacing w:after="0"/>
      </w:pPr>
    </w:p>
    <w:p w14:paraId="3D71FCD2" w14:textId="77777777" w:rsidR="00224DFC" w:rsidRDefault="00000000">
      <w:pPr>
        <w:spacing w:after="0"/>
      </w:pPr>
      <w:r>
        <w:rPr>
          <w:rFonts w:ascii="Arial" w:hAnsi="Arial"/>
          <w:b/>
        </w:rPr>
        <w:t xml:space="preserve">Narration- Carey Scheer:  </w:t>
      </w:r>
      <w:r>
        <w:rPr>
          <w:rFonts w:ascii="Arial" w:hAnsi="Arial"/>
          <w:color w:val="5D7284"/>
        </w:rPr>
        <w:t>14:46</w:t>
      </w:r>
    </w:p>
    <w:p w14:paraId="6BAC5532" w14:textId="52B71690" w:rsidR="00224DFC" w:rsidRDefault="00000000">
      <w:pPr>
        <w:spacing w:after="0"/>
      </w:pPr>
      <w:r>
        <w:rPr>
          <w:rFonts w:ascii="Arial" w:hAnsi="Arial"/>
        </w:rPr>
        <w:t xml:space="preserve">That is 100% how this story will end. Yeah. Thank you so much. Thanks so much for listening. If you enjoyed this story. We'd love to hear from you. And remember, we will be searching for a new name for the Purple Orange podcast in 2027. Same authentic first-person stories and conversations, but we'll be reaching out for your help to choose a name that gets to the heart of what we are </w:t>
      </w:r>
      <w:proofErr w:type="gramStart"/>
      <w:r>
        <w:rPr>
          <w:rFonts w:ascii="Arial" w:hAnsi="Arial"/>
        </w:rPr>
        <w:t>actually doing</w:t>
      </w:r>
      <w:proofErr w:type="gramEnd"/>
      <w:r>
        <w:rPr>
          <w:rFonts w:ascii="Arial" w:hAnsi="Arial"/>
        </w:rPr>
        <w:t xml:space="preserve">. </w:t>
      </w:r>
      <w:r w:rsidR="00F95D77">
        <w:rPr>
          <w:rFonts w:ascii="Arial" w:hAnsi="Arial"/>
        </w:rPr>
        <w:t>So,</w:t>
      </w:r>
      <w:r>
        <w:rPr>
          <w:rFonts w:ascii="Arial" w:hAnsi="Arial"/>
        </w:rPr>
        <w:t xml:space="preserve"> keep an eye out on our socials for how to get involved. In the meantime, we're always keen to hear the kinds of stories you'd like to hear more of, or if you've got a recommendation for someone we should talk to, reach out. You can find us on Facebook and Instagram, or email us at stories@purpleorange.org.au, or give us a ring on 0883738388.</w:t>
      </w:r>
    </w:p>
    <w:sectPr w:rsidR="00224DFC" w:rsidSect="001216B9">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FD5FDA" w14:textId="77777777" w:rsidR="00257AA1" w:rsidRDefault="00257AA1">
      <w:pPr>
        <w:spacing w:after="0" w:line="240" w:lineRule="auto"/>
      </w:pPr>
      <w:r>
        <w:separator/>
      </w:r>
    </w:p>
  </w:endnote>
  <w:endnote w:type="continuationSeparator" w:id="0">
    <w:p w14:paraId="7842322A" w14:textId="77777777" w:rsidR="00257AA1" w:rsidRDefault="00257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2650680"/>
      <w:docPartObj>
        <w:docPartGallery w:val="Page Numbers (Bottom of Page)"/>
        <w:docPartUnique/>
      </w:docPartObj>
    </w:sdt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rPr>
      <w:id w:val="1113323662"/>
      <w:docPartObj>
        <w:docPartGallery w:val="Page Numbers (Bottom of Page)"/>
        <w:docPartUnique/>
      </w:docPartObj>
    </w:sdtPr>
    <w:sdtContent>
      <w:p w14:paraId="1A7AEB9B" w14:textId="1AC154B3" w:rsidR="00930F33" w:rsidRPr="009C3AF0" w:rsidRDefault="001216B9" w:rsidP="1978FE61">
        <w:pPr>
          <w:pStyle w:val="Footer"/>
          <w:rPr>
            <w:rStyle w:val="PageNumber"/>
            <w:rFonts w:ascii="Arial" w:hAnsi="Arial" w:cs="Arial"/>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1978FE61">
          <w:rPr>
            <w:rStyle w:val="PageNumber"/>
            <w:rFonts w:ascii="Arial" w:hAnsi="Arial" w:cs="Arial"/>
            <w:noProof/>
          </w:rPr>
          <w:fldChar w:fldCharType="begin"/>
        </w:r>
        <w:r w:rsidRPr="1978FE61">
          <w:rPr>
            <w:rStyle w:val="PageNumber"/>
            <w:rFonts w:ascii="Arial" w:hAnsi="Arial" w:cs="Arial"/>
          </w:rPr>
          <w:instrText xml:space="preserve"> PAGE </w:instrText>
        </w:r>
        <w:r w:rsidRPr="1978FE61">
          <w:rPr>
            <w:rStyle w:val="PageNumber"/>
            <w:rFonts w:ascii="Arial" w:hAnsi="Arial" w:cs="Arial"/>
          </w:rPr>
          <w:fldChar w:fldCharType="separate"/>
        </w:r>
        <w:r w:rsidR="1978FE61" w:rsidRPr="1978FE61">
          <w:rPr>
            <w:rStyle w:val="PageNumber"/>
            <w:rFonts w:ascii="Arial" w:hAnsi="Arial" w:cs="Arial"/>
            <w:noProof/>
          </w:rPr>
          <w:t>- 1 -</w:t>
        </w:r>
        <w:r w:rsidRPr="1978FE61">
          <w:rPr>
            <w:rStyle w:val="PageNumber"/>
            <w:rFonts w:ascii="Arial" w:hAnsi="Arial"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9CF794" w14:textId="77777777" w:rsidR="00257AA1" w:rsidRDefault="00257AA1">
      <w:pPr>
        <w:spacing w:after="0" w:line="240" w:lineRule="auto"/>
      </w:pPr>
      <w:r>
        <w:separator/>
      </w:r>
    </w:p>
  </w:footnote>
  <w:footnote w:type="continuationSeparator" w:id="0">
    <w:p w14:paraId="253B3211" w14:textId="77777777" w:rsidR="00257AA1" w:rsidRDefault="00257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3752067">
    <w:abstractNumId w:val="8"/>
  </w:num>
  <w:num w:numId="2" w16cid:durableId="1881672159">
    <w:abstractNumId w:val="6"/>
  </w:num>
  <w:num w:numId="3" w16cid:durableId="1135758959">
    <w:abstractNumId w:val="5"/>
  </w:num>
  <w:num w:numId="4" w16cid:durableId="806631714">
    <w:abstractNumId w:val="4"/>
  </w:num>
  <w:num w:numId="5" w16cid:durableId="588586283">
    <w:abstractNumId w:val="7"/>
  </w:num>
  <w:num w:numId="6" w16cid:durableId="1426730661">
    <w:abstractNumId w:val="3"/>
  </w:num>
  <w:num w:numId="7" w16cid:durableId="2099129373">
    <w:abstractNumId w:val="2"/>
  </w:num>
  <w:num w:numId="8" w16cid:durableId="1006397766">
    <w:abstractNumId w:val="1"/>
  </w:num>
  <w:num w:numId="9" w16cid:durableId="11000245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224DFC"/>
    <w:rsid w:val="00257AA1"/>
    <w:rsid w:val="0029639D"/>
    <w:rsid w:val="00326F90"/>
    <w:rsid w:val="004A641F"/>
    <w:rsid w:val="004B593C"/>
    <w:rsid w:val="006E2A8C"/>
    <w:rsid w:val="007749AF"/>
    <w:rsid w:val="00794EBC"/>
    <w:rsid w:val="008C5FC2"/>
    <w:rsid w:val="00930F33"/>
    <w:rsid w:val="009C3AF0"/>
    <w:rsid w:val="00A12EE5"/>
    <w:rsid w:val="00AA1D8D"/>
    <w:rsid w:val="00B47730"/>
    <w:rsid w:val="00BA4C2B"/>
    <w:rsid w:val="00BD0140"/>
    <w:rsid w:val="00C24502"/>
    <w:rsid w:val="00CB0664"/>
    <w:rsid w:val="00D148E8"/>
    <w:rsid w:val="00D57E81"/>
    <w:rsid w:val="00ED3244"/>
    <w:rsid w:val="00F95D77"/>
    <w:rsid w:val="00FC693F"/>
    <w:rsid w:val="01526E47"/>
    <w:rsid w:val="0398EEF7"/>
    <w:rsid w:val="03FEF6A9"/>
    <w:rsid w:val="083465F1"/>
    <w:rsid w:val="0841FF01"/>
    <w:rsid w:val="0928AF6F"/>
    <w:rsid w:val="0BD2884D"/>
    <w:rsid w:val="0CDBBA79"/>
    <w:rsid w:val="0DD88155"/>
    <w:rsid w:val="0EF7F944"/>
    <w:rsid w:val="10DFE853"/>
    <w:rsid w:val="115425F3"/>
    <w:rsid w:val="1182D01D"/>
    <w:rsid w:val="13171E30"/>
    <w:rsid w:val="15C397D4"/>
    <w:rsid w:val="1710A3AF"/>
    <w:rsid w:val="178D6C9F"/>
    <w:rsid w:val="18E7B4B1"/>
    <w:rsid w:val="1978FE61"/>
    <w:rsid w:val="1A092219"/>
    <w:rsid w:val="1C55F216"/>
    <w:rsid w:val="1CC7DEA8"/>
    <w:rsid w:val="1F3817B5"/>
    <w:rsid w:val="21A4F3C0"/>
    <w:rsid w:val="23A90729"/>
    <w:rsid w:val="26FCC5E1"/>
    <w:rsid w:val="2820762D"/>
    <w:rsid w:val="28A5408C"/>
    <w:rsid w:val="293F1BC5"/>
    <w:rsid w:val="2B5DCB7C"/>
    <w:rsid w:val="2C51B874"/>
    <w:rsid w:val="2CB228E0"/>
    <w:rsid w:val="2FBC40B8"/>
    <w:rsid w:val="2FFDDD6E"/>
    <w:rsid w:val="316B3300"/>
    <w:rsid w:val="33613B56"/>
    <w:rsid w:val="337AC2EB"/>
    <w:rsid w:val="35933032"/>
    <w:rsid w:val="3692CBAE"/>
    <w:rsid w:val="37F0146F"/>
    <w:rsid w:val="3BDD6036"/>
    <w:rsid w:val="427E3A1E"/>
    <w:rsid w:val="45E58187"/>
    <w:rsid w:val="46E1C333"/>
    <w:rsid w:val="4A5BA749"/>
    <w:rsid w:val="4C7A9775"/>
    <w:rsid w:val="4DF5FCAA"/>
    <w:rsid w:val="4E123C32"/>
    <w:rsid w:val="4E8BC121"/>
    <w:rsid w:val="4F169B29"/>
    <w:rsid w:val="50CB901C"/>
    <w:rsid w:val="516C4016"/>
    <w:rsid w:val="517CAEE2"/>
    <w:rsid w:val="53501C29"/>
    <w:rsid w:val="53EEAE4A"/>
    <w:rsid w:val="543A8E3E"/>
    <w:rsid w:val="54616257"/>
    <w:rsid w:val="5463B3FC"/>
    <w:rsid w:val="56124013"/>
    <w:rsid w:val="5DD1DB0A"/>
    <w:rsid w:val="62C645BC"/>
    <w:rsid w:val="66BD5B5B"/>
    <w:rsid w:val="6897FB5A"/>
    <w:rsid w:val="6BE1FB3F"/>
    <w:rsid w:val="727F6647"/>
    <w:rsid w:val="748C222D"/>
    <w:rsid w:val="7582A8BC"/>
    <w:rsid w:val="7D2E3CB2"/>
    <w:rsid w:val="7DF15BE0"/>
    <w:rsid w:val="7FA5C2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B8D1034F2DF846838C7B15F57413F5" ma:contentTypeVersion="16" ma:contentTypeDescription="Create a new document." ma:contentTypeScope="" ma:versionID="c8403ac15c497d4a5b3fcec6bfa73d81">
  <xsd:schema xmlns:xsd="http://www.w3.org/2001/XMLSchema" xmlns:xs="http://www.w3.org/2001/XMLSchema" xmlns:p="http://schemas.microsoft.com/office/2006/metadata/properties" xmlns:ns2="c75c5eae-5884-4d08-8ebf-98ba4fe0a62f" xmlns:ns3="cf5a79d9-a52f-47fb-b25a-2ba9be1a4052" targetNamespace="http://schemas.microsoft.com/office/2006/metadata/properties" ma:root="true" ma:fieldsID="5b1b7dd62610868f8868bace6b95cc1a" ns2:_="" ns3:_="">
    <xsd:import namespace="c75c5eae-5884-4d08-8ebf-98ba4fe0a62f"/>
    <xsd:import namespace="cf5a79d9-a52f-47fb-b25a-2ba9be1a405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c5eae-5884-4d08-8ebf-98ba4fe0a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fb5c644-2f09-4f9f-84c4-3b4ab586084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5a79d9-a52f-47fb-b25a-2ba9be1a405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3e87028-44b1-486f-95c1-0df5696deb52}" ma:internalName="TaxCatchAll" ma:showField="CatchAllData" ma:web="cf5a79d9-a52f-47fb-b25a-2ba9be1a405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f5a79d9-a52f-47fb-b25a-2ba9be1a4052" xsi:nil="true"/>
    <lcf76f155ced4ddcb4097134ff3c332f xmlns="c75c5eae-5884-4d08-8ebf-98ba4fe0a6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6BFEDB-9971-48F1-8AC9-0FE408262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c5eae-5884-4d08-8ebf-98ba4fe0a62f"/>
    <ds:schemaRef ds:uri="cf5a79d9-a52f-47fb-b25a-2ba9be1a4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3.xml><?xml version="1.0" encoding="utf-8"?>
<ds:datastoreItem xmlns:ds="http://schemas.openxmlformats.org/officeDocument/2006/customXml" ds:itemID="{1F3A1DF1-3E15-4CDE-86B5-527226BCC662}">
  <ds:schemaRefs>
    <ds:schemaRef ds:uri="http://schemas.microsoft.com/office/2006/metadata/properties"/>
    <ds:schemaRef ds:uri="http://schemas.microsoft.com/office/infopath/2007/PartnerControls"/>
    <ds:schemaRef ds:uri="cf5a79d9-a52f-47fb-b25a-2ba9be1a4052"/>
    <ds:schemaRef ds:uri="c75c5eae-5884-4d08-8ebf-98ba4fe0a62f"/>
  </ds:schemaRefs>
</ds:datastoreItem>
</file>

<file path=customXml/itemProps4.xml><?xml version="1.0" encoding="utf-8"?>
<ds:datastoreItem xmlns:ds="http://schemas.openxmlformats.org/officeDocument/2006/customXml" ds:itemID="{383D2C42-0961-4CE8-9464-2FCCD7C136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2607</Words>
  <Characters>11395</Characters>
  <Application>Microsoft Office Word</Application>
  <DocSecurity>0</DocSecurity>
  <Lines>211</Lines>
  <Paragraphs>83</Paragraphs>
  <ScaleCrop>false</ScaleCrop>
  <Manager/>
  <Company/>
  <LinksUpToDate>false</LinksUpToDate>
  <CharactersWithSpaces>13919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Amie Turner</cp:lastModifiedBy>
  <cp:revision>10</cp:revision>
  <dcterms:created xsi:type="dcterms:W3CDTF">2019-09-10T23:59:00Z</dcterms:created>
  <dcterms:modified xsi:type="dcterms:W3CDTF">2026-10-12T05:29:00Z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0x010100E5B8D1034F2DF846838C7B15F57413F5</vt:lpwstr>
  </property>
  <property fmtid="{D5CDD505-2E9C-101B-9397-08002B2CF9AE}" pid="3" name="MediaServiceImageTags">
    <vt:lpwstr/>
  </property>
</Properties>
</file>