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D4DCCD" w14:textId="15C96A01" w:rsidR="00295C9E" w:rsidRDefault="7BCD1923" w:rsidP="00BC5C1A">
      <w:pPr>
        <w:pStyle w:val="Heading1"/>
        <w:spacing w:after="240"/>
        <w:rPr>
          <w:sz w:val="52"/>
          <w:szCs w:val="52"/>
        </w:rPr>
      </w:pPr>
      <w:r w:rsidRPr="00140146">
        <w:rPr>
          <w:sz w:val="52"/>
          <w:szCs w:val="52"/>
        </w:rPr>
        <w:t xml:space="preserve">Transcript: </w:t>
      </w:r>
      <w:r w:rsidR="30FD3508" w:rsidRPr="00140146">
        <w:rPr>
          <w:sz w:val="52"/>
          <w:szCs w:val="52"/>
        </w:rPr>
        <w:t>Have you thought about a mainstream school?</w:t>
      </w:r>
    </w:p>
    <w:p w14:paraId="63CD2F8A" w14:textId="77777777" w:rsidR="008D3814" w:rsidRPr="00295C9E" w:rsidRDefault="00000000" w:rsidP="00295C9E">
      <w:pPr>
        <w:spacing w:after="0"/>
        <w:rPr>
          <w:rFonts w:ascii="Arial" w:hAnsi="Arial"/>
          <w:b/>
          <w:bCs/>
        </w:rPr>
      </w:pPr>
      <w:r w:rsidRPr="00295C9E">
        <w:rPr>
          <w:rFonts w:ascii="Arial" w:hAnsi="Arial"/>
          <w:b/>
          <w:bCs/>
        </w:rPr>
        <w:t>SPEAKERS</w:t>
      </w:r>
    </w:p>
    <w:p w14:paraId="7D1BBF0D" w14:textId="745675BF" w:rsidR="008D3814" w:rsidRPr="00295C9E" w:rsidRDefault="379FC3EE" w:rsidP="00295C9E">
      <w:pPr>
        <w:spacing w:after="0"/>
        <w:rPr>
          <w:rFonts w:ascii="Arial" w:hAnsi="Arial"/>
        </w:rPr>
      </w:pPr>
      <w:r w:rsidRPr="00295C9E">
        <w:rPr>
          <w:rFonts w:ascii="Arial" w:hAnsi="Arial"/>
        </w:rPr>
        <w:t xml:space="preserve">Carey Scheer (Narrator), </w:t>
      </w:r>
      <w:r w:rsidR="1853297F" w:rsidRPr="00295C9E">
        <w:rPr>
          <w:rFonts w:ascii="Arial" w:hAnsi="Arial"/>
        </w:rPr>
        <w:t>Michaela</w:t>
      </w:r>
      <w:r w:rsidR="135A1610" w:rsidRPr="00295C9E">
        <w:rPr>
          <w:rFonts w:ascii="Arial" w:hAnsi="Arial"/>
        </w:rPr>
        <w:t xml:space="preserve"> (guest)</w:t>
      </w:r>
      <w:r w:rsidR="1853297F" w:rsidRPr="00295C9E">
        <w:rPr>
          <w:rFonts w:ascii="Arial" w:hAnsi="Arial"/>
        </w:rPr>
        <w:t>, Harry</w:t>
      </w:r>
      <w:r w:rsidR="4D2FE27E" w:rsidRPr="00295C9E">
        <w:rPr>
          <w:rFonts w:ascii="Arial" w:hAnsi="Arial"/>
        </w:rPr>
        <w:t xml:space="preserve"> (guest)</w:t>
      </w:r>
    </w:p>
    <w:p w14:paraId="672A6659" w14:textId="77777777" w:rsidR="008D3814" w:rsidRDefault="008D3814">
      <w:pPr>
        <w:spacing w:after="0"/>
      </w:pPr>
    </w:p>
    <w:p w14:paraId="7F8DE2CB" w14:textId="3CB78155" w:rsidR="008D3814" w:rsidRDefault="797BB3FC">
      <w:pPr>
        <w:spacing w:after="0"/>
      </w:pPr>
      <w:r w:rsidRPr="0EADE93E">
        <w:rPr>
          <w:rFonts w:ascii="Arial" w:hAnsi="Arial"/>
          <w:b/>
          <w:bCs/>
        </w:rPr>
        <w:t>Carey Scheer</w:t>
      </w:r>
      <w:r w:rsidR="7E94D9D5" w:rsidRPr="0EADE93E">
        <w:rPr>
          <w:rFonts w:ascii="Arial" w:hAnsi="Arial"/>
          <w:b/>
          <w:bCs/>
        </w:rPr>
        <w:t xml:space="preserve"> </w:t>
      </w:r>
      <w:r w:rsidR="0EADE93E" w:rsidRPr="0EADE93E">
        <w:rPr>
          <w:rFonts w:ascii="Arial" w:hAnsi="Arial"/>
          <w:color w:val="5D7284"/>
        </w:rPr>
        <w:t>00:01</w:t>
      </w:r>
    </w:p>
    <w:p w14:paraId="0CEBDBD7" w14:textId="679C6DA0" w:rsidR="008D3814" w:rsidRDefault="0EADE93E">
      <w:pPr>
        <w:spacing w:after="0"/>
      </w:pPr>
      <w:r w:rsidRPr="0EADE93E">
        <w:rPr>
          <w:rFonts w:ascii="Arial" w:hAnsi="Arial"/>
        </w:rPr>
        <w:t>Hello, I'm Carey Scheer, producer of the Purple Orange podcast</w:t>
      </w:r>
      <w:r w:rsidR="007D16E9">
        <w:rPr>
          <w:rFonts w:ascii="Arial" w:hAnsi="Arial"/>
        </w:rPr>
        <w:t>. A</w:t>
      </w:r>
      <w:r w:rsidRPr="0EADE93E">
        <w:rPr>
          <w:rFonts w:ascii="Arial" w:hAnsi="Arial"/>
        </w:rPr>
        <w:t>nd I'm back again with another episode in our retrospective season, where I get to share some of the stories that have really stayed with me. The next one is with Michaela Banks and her son Harry. It's quite the story</w:t>
      </w:r>
      <w:r w:rsidR="002E12E8">
        <w:rPr>
          <w:rFonts w:ascii="Arial" w:hAnsi="Arial"/>
        </w:rPr>
        <w:t>.</w:t>
      </w:r>
      <w:r w:rsidRPr="0EADE93E">
        <w:rPr>
          <w:rFonts w:ascii="Arial" w:hAnsi="Arial"/>
        </w:rPr>
        <w:t xml:space="preserve"> </w:t>
      </w:r>
      <w:r w:rsidR="002E12E8">
        <w:rPr>
          <w:rFonts w:ascii="Arial" w:hAnsi="Arial"/>
        </w:rPr>
        <w:t>A</w:t>
      </w:r>
      <w:r w:rsidRPr="0EADE93E">
        <w:rPr>
          <w:rFonts w:ascii="Arial" w:hAnsi="Arial"/>
        </w:rPr>
        <w:t xml:space="preserve">fter an accident that changes the course of their lives, Michaela </w:t>
      </w:r>
      <w:proofErr w:type="gramStart"/>
      <w:r w:rsidRPr="0EADE93E">
        <w:rPr>
          <w:rFonts w:ascii="Arial" w:hAnsi="Arial"/>
        </w:rPr>
        <w:t>has to</w:t>
      </w:r>
      <w:proofErr w:type="gramEnd"/>
      <w:r w:rsidRPr="0EADE93E">
        <w:rPr>
          <w:rFonts w:ascii="Arial" w:hAnsi="Arial"/>
        </w:rPr>
        <w:t xml:space="preserve"> unlearn her own assumptions before she can go on to challenge everyone else's. It's serious, and at moments it's heavy, and yet Harry steals the entire episode with a fart joke. And honestly, that is one of my favorite moments that I have ever caught on tape. I remember feeling a little nervous going in. I wanted to get things right, and I watched Harry flipping through his pod book, and I'm thinking, "Oh, what's he </w:t>
      </w:r>
      <w:proofErr w:type="spellStart"/>
      <w:r w:rsidRPr="0EADE93E">
        <w:rPr>
          <w:rFonts w:ascii="Arial" w:hAnsi="Arial"/>
        </w:rPr>
        <w:t>gonna</w:t>
      </w:r>
      <w:proofErr w:type="spellEnd"/>
      <w:r w:rsidRPr="0EADE93E">
        <w:rPr>
          <w:rFonts w:ascii="Arial" w:hAnsi="Arial"/>
        </w:rPr>
        <w:t xml:space="preserve"> say? Am I </w:t>
      </w:r>
      <w:proofErr w:type="spellStart"/>
      <w:r w:rsidRPr="0EADE93E">
        <w:rPr>
          <w:rFonts w:ascii="Arial" w:hAnsi="Arial"/>
        </w:rPr>
        <w:t>gonna</w:t>
      </w:r>
      <w:proofErr w:type="spellEnd"/>
      <w:r w:rsidRPr="0EADE93E">
        <w:rPr>
          <w:rFonts w:ascii="Arial" w:hAnsi="Arial"/>
        </w:rPr>
        <w:t xml:space="preserve"> understand? And then he landed on a fart, and absolutely cracked up laughing at himself, utterly delighted with his own brilliant comic timing. I looked over at his m</w:t>
      </w:r>
      <w:r w:rsidR="28E50A43" w:rsidRPr="0EADE93E">
        <w:rPr>
          <w:rFonts w:ascii="Arial" w:hAnsi="Arial"/>
        </w:rPr>
        <w:t>u</w:t>
      </w:r>
      <w:r w:rsidRPr="0EADE93E">
        <w:rPr>
          <w:rFonts w:ascii="Arial" w:hAnsi="Arial"/>
        </w:rPr>
        <w:t>m and I just said, "That's definitely going in the story.</w:t>
      </w:r>
      <w:r w:rsidR="4F4C8717" w:rsidRPr="0EADE93E">
        <w:rPr>
          <w:rFonts w:ascii="Arial" w:hAnsi="Arial"/>
        </w:rPr>
        <w:t>”</w:t>
      </w:r>
      <w:r w:rsidRPr="0EADE93E">
        <w:rPr>
          <w:rFonts w:ascii="Arial" w:hAnsi="Arial"/>
        </w:rPr>
        <w:t xml:space="preserve"> It was honestly hilarious, but </w:t>
      </w:r>
      <w:proofErr w:type="gramStart"/>
      <w:r w:rsidRPr="0EADE93E">
        <w:rPr>
          <w:rFonts w:ascii="Arial" w:hAnsi="Arial"/>
        </w:rPr>
        <w:t>actually a</w:t>
      </w:r>
      <w:proofErr w:type="gramEnd"/>
      <w:r w:rsidRPr="0EADE93E">
        <w:rPr>
          <w:rFonts w:ascii="Arial" w:hAnsi="Arial"/>
        </w:rPr>
        <w:t xml:space="preserve"> very meaningful moment too, because whatever nerves I'd had about communicating with someone who used a pod book, well, they were gone in 30 seconds. Harry completely put me at ease, and boy, is he cheeky and funny and just so completely his own person. So it was, it was great to have this laugh, but underneath it, it is </w:t>
      </w:r>
      <w:proofErr w:type="gramStart"/>
      <w:r w:rsidRPr="0EADE93E">
        <w:rPr>
          <w:rFonts w:ascii="Arial" w:hAnsi="Arial"/>
        </w:rPr>
        <w:t>a really important</w:t>
      </w:r>
      <w:proofErr w:type="gramEnd"/>
      <w:r w:rsidRPr="0EADE93E">
        <w:rPr>
          <w:rFonts w:ascii="Arial" w:hAnsi="Arial"/>
        </w:rPr>
        <w:t xml:space="preserve"> story about what it </w:t>
      </w:r>
      <w:proofErr w:type="gramStart"/>
      <w:r w:rsidRPr="0EADE93E">
        <w:rPr>
          <w:rFonts w:ascii="Arial" w:hAnsi="Arial"/>
        </w:rPr>
        <w:t>actually took</w:t>
      </w:r>
      <w:proofErr w:type="gramEnd"/>
      <w:r w:rsidRPr="0EADE93E">
        <w:rPr>
          <w:rFonts w:ascii="Arial" w:hAnsi="Arial"/>
        </w:rPr>
        <w:t xml:space="preserve"> to get a kid onto the mainstream path that he belonged on all along. And if more people hear this story, maybe the next family won't have to fight as hard.</w:t>
      </w:r>
    </w:p>
    <w:p w14:paraId="0A37501D" w14:textId="77777777" w:rsidR="008D3814" w:rsidRDefault="008D3814">
      <w:pPr>
        <w:spacing w:after="0"/>
      </w:pPr>
    </w:p>
    <w:p w14:paraId="56CC2F3A" w14:textId="6FCC511D" w:rsidR="008D3814" w:rsidRDefault="4A859327">
      <w:pPr>
        <w:spacing w:after="0"/>
      </w:pPr>
      <w:r w:rsidRPr="0EADE93E">
        <w:rPr>
          <w:rFonts w:ascii="Arial" w:hAnsi="Arial"/>
          <w:b/>
          <w:bCs/>
        </w:rPr>
        <w:t>Michaela</w:t>
      </w:r>
      <w:r w:rsidR="0EADE93E" w:rsidRPr="0EADE93E">
        <w:rPr>
          <w:rFonts w:ascii="Arial" w:hAnsi="Arial"/>
          <w:b/>
          <w:bCs/>
        </w:rPr>
        <w:t xml:space="preserve"> </w:t>
      </w:r>
      <w:r w:rsidR="0EADE93E" w:rsidRPr="0EADE93E">
        <w:rPr>
          <w:rFonts w:ascii="Arial" w:hAnsi="Arial"/>
          <w:color w:val="5D7284"/>
        </w:rPr>
        <w:t>02:10</w:t>
      </w:r>
    </w:p>
    <w:p w14:paraId="50D8F83B" w14:textId="77777777" w:rsidR="008D3814" w:rsidRDefault="00000000">
      <w:pPr>
        <w:spacing w:after="0"/>
      </w:pPr>
      <w:r>
        <w:rPr>
          <w:rFonts w:ascii="Arial" w:hAnsi="Arial"/>
        </w:rPr>
        <w:t xml:space="preserve">Growing up in South Africa, often school is quite far away from where you live. You drive to </w:t>
      </w:r>
      <w:proofErr w:type="gramStart"/>
      <w:r>
        <w:rPr>
          <w:rFonts w:ascii="Arial" w:hAnsi="Arial"/>
        </w:rPr>
        <w:t>school,</w:t>
      </w:r>
      <w:proofErr w:type="gramEnd"/>
      <w:r>
        <w:rPr>
          <w:rFonts w:ascii="Arial" w:hAnsi="Arial"/>
        </w:rPr>
        <w:t xml:space="preserve"> you drive back from school.</w:t>
      </w:r>
    </w:p>
    <w:p w14:paraId="5DAB6C7B" w14:textId="77777777" w:rsidR="008D3814" w:rsidRDefault="008D3814">
      <w:pPr>
        <w:spacing w:after="0"/>
      </w:pPr>
    </w:p>
    <w:p w14:paraId="6CE47038" w14:textId="61CD61A5" w:rsidR="008D3814" w:rsidRDefault="0EADE93E">
      <w:pPr>
        <w:spacing w:after="0"/>
      </w:pPr>
      <w:r w:rsidRPr="0EADE93E">
        <w:rPr>
          <w:rFonts w:ascii="Arial" w:hAnsi="Arial"/>
          <w:b/>
          <w:bCs/>
        </w:rPr>
        <w:t xml:space="preserve">Carey Scheer </w:t>
      </w:r>
      <w:r w:rsidRPr="0EADE93E">
        <w:rPr>
          <w:rFonts w:ascii="Arial" w:hAnsi="Arial"/>
          <w:color w:val="5D7284"/>
        </w:rPr>
        <w:t>02:18</w:t>
      </w:r>
    </w:p>
    <w:p w14:paraId="04692F94" w14:textId="77777777" w:rsidR="008D3814" w:rsidRDefault="00000000">
      <w:pPr>
        <w:spacing w:after="0"/>
      </w:pPr>
      <w:r>
        <w:rPr>
          <w:rFonts w:ascii="Arial" w:hAnsi="Arial"/>
        </w:rPr>
        <w:t>That's Michaela Banks. When she moved to Australia, she noticed it was different.</w:t>
      </w:r>
    </w:p>
    <w:p w14:paraId="02EB378F" w14:textId="77777777" w:rsidR="008D3814" w:rsidRDefault="008D3814">
      <w:pPr>
        <w:spacing w:after="0"/>
      </w:pPr>
    </w:p>
    <w:p w14:paraId="2A842A8F" w14:textId="770B585E" w:rsidR="008D3814" w:rsidRDefault="0D51455A">
      <w:pPr>
        <w:spacing w:after="0"/>
      </w:pPr>
      <w:r w:rsidRPr="0EADE93E">
        <w:rPr>
          <w:rFonts w:ascii="Arial" w:hAnsi="Arial"/>
          <w:b/>
          <w:bCs/>
        </w:rPr>
        <w:t>Michaela</w:t>
      </w:r>
      <w:r w:rsidR="0EADE93E" w:rsidRPr="0EADE93E">
        <w:rPr>
          <w:rFonts w:ascii="Arial" w:hAnsi="Arial"/>
          <w:b/>
          <w:bCs/>
        </w:rPr>
        <w:t xml:space="preserve"> </w:t>
      </w:r>
      <w:r w:rsidR="0EADE93E" w:rsidRPr="0EADE93E">
        <w:rPr>
          <w:rFonts w:ascii="Arial" w:hAnsi="Arial"/>
          <w:color w:val="5D7284"/>
        </w:rPr>
        <w:t>02:23</w:t>
      </w:r>
    </w:p>
    <w:p w14:paraId="6A05A809" w14:textId="43F0995B" w:rsidR="008D3814" w:rsidRDefault="00000000">
      <w:pPr>
        <w:spacing w:after="0"/>
      </w:pPr>
      <w:r>
        <w:rPr>
          <w:rFonts w:ascii="Arial" w:hAnsi="Arial"/>
        </w:rPr>
        <w:t>You know, I'd look around, and there'd be families walking to school and on their bikes to school, and everyone knew each other because you had this strong sense of community where you live. Your kids go to the local primary school, and I just loved that, and really wanted for my children to grow up with that experience that felt like something so beautiful and so different to what I knew.</w:t>
      </w:r>
    </w:p>
    <w:p w14:paraId="2D943321" w14:textId="77777777" w:rsidR="00DA4120" w:rsidRDefault="00DA4120">
      <w:pPr>
        <w:rPr>
          <w:rFonts w:ascii="Arial" w:hAnsi="Arial"/>
          <w:b/>
          <w:bCs/>
        </w:rPr>
      </w:pPr>
      <w:r>
        <w:rPr>
          <w:rFonts w:ascii="Arial" w:hAnsi="Arial"/>
          <w:b/>
          <w:bCs/>
        </w:rPr>
        <w:br w:type="page"/>
      </w:r>
    </w:p>
    <w:p w14:paraId="27EFB486" w14:textId="687D64E2" w:rsidR="008D3814" w:rsidRDefault="0EADE93E">
      <w:pPr>
        <w:spacing w:after="0"/>
      </w:pPr>
      <w:r w:rsidRPr="0EADE93E">
        <w:rPr>
          <w:rFonts w:ascii="Arial" w:hAnsi="Arial"/>
          <w:b/>
          <w:bCs/>
        </w:rPr>
        <w:lastRenderedPageBreak/>
        <w:t xml:space="preserve">Carey Scheer </w:t>
      </w:r>
      <w:r w:rsidRPr="0EADE93E">
        <w:rPr>
          <w:rFonts w:ascii="Arial" w:hAnsi="Arial"/>
          <w:color w:val="5D7284"/>
        </w:rPr>
        <w:t>02:48</w:t>
      </w:r>
    </w:p>
    <w:p w14:paraId="466951DF" w14:textId="45180A91" w:rsidR="008D3814" w:rsidRDefault="00000000">
      <w:pPr>
        <w:spacing w:after="0"/>
      </w:pPr>
      <w:r>
        <w:rPr>
          <w:rFonts w:ascii="Arial" w:hAnsi="Arial"/>
        </w:rPr>
        <w:t xml:space="preserve">When Michaela's first and at that time only child, a gorgeous little boy named Harry, was 11 months old, Michaela and her </w:t>
      </w:r>
      <w:r w:rsidR="004E2BBE">
        <w:rPr>
          <w:rFonts w:ascii="Arial" w:hAnsi="Arial"/>
        </w:rPr>
        <w:t>fiancé</w:t>
      </w:r>
      <w:r>
        <w:rPr>
          <w:rFonts w:ascii="Arial" w:hAnsi="Arial"/>
        </w:rPr>
        <w:t xml:space="preserve"> Jamie put a deposit down on their first house in a great neighborhood with a wonderful little primary school. It was two weeks before their wedding.</w:t>
      </w:r>
    </w:p>
    <w:p w14:paraId="5A39BBE3" w14:textId="77777777" w:rsidR="008D3814" w:rsidRDefault="008D3814">
      <w:pPr>
        <w:spacing w:after="0"/>
      </w:pPr>
    </w:p>
    <w:p w14:paraId="4671428F" w14:textId="33CD16F7" w:rsidR="008D3814" w:rsidRDefault="05ABC80F" w:rsidP="0EADE93E">
      <w:pPr>
        <w:spacing w:after="0"/>
      </w:pPr>
      <w:r w:rsidRPr="0EADE93E">
        <w:rPr>
          <w:rFonts w:ascii="Arial" w:hAnsi="Arial"/>
          <w:b/>
          <w:bCs/>
        </w:rPr>
        <w:t>Michaela</w:t>
      </w:r>
      <w:r w:rsidR="0EADE93E" w:rsidRPr="0EADE93E">
        <w:rPr>
          <w:rFonts w:ascii="Arial" w:hAnsi="Arial"/>
          <w:b/>
          <w:bCs/>
        </w:rPr>
        <w:t xml:space="preserve"> </w:t>
      </w:r>
      <w:r w:rsidR="0EADE93E" w:rsidRPr="0EADE93E">
        <w:rPr>
          <w:rFonts w:ascii="Arial" w:hAnsi="Arial"/>
          <w:color w:val="5D7284"/>
        </w:rPr>
        <w:t>03:09</w:t>
      </w:r>
    </w:p>
    <w:p w14:paraId="7AE7F457" w14:textId="780EA46A" w:rsidR="008D3814" w:rsidRDefault="0EADE93E">
      <w:pPr>
        <w:spacing w:after="0"/>
      </w:pPr>
      <w:r w:rsidRPr="0EADE93E">
        <w:rPr>
          <w:rFonts w:ascii="Arial" w:hAnsi="Arial"/>
        </w:rPr>
        <w:t xml:space="preserve">Yeah, so it was a </w:t>
      </w:r>
      <w:proofErr w:type="gramStart"/>
      <w:r w:rsidRPr="0EADE93E">
        <w:rPr>
          <w:rFonts w:ascii="Arial" w:hAnsi="Arial"/>
        </w:rPr>
        <w:t>really crazy</w:t>
      </w:r>
      <w:proofErr w:type="gramEnd"/>
      <w:r w:rsidRPr="0EADE93E">
        <w:rPr>
          <w:rFonts w:ascii="Arial" w:hAnsi="Arial"/>
        </w:rPr>
        <w:t xml:space="preserve">, busy, exciting, happy, wonderful time, and I was so excited because my family was coming out from South Africa, I had friends coming out for the wedding. Yeah, it was this incredible moment. And then I received a phone call that changed everything. And heard Harry had had an accident. He wasn't with us at the </w:t>
      </w:r>
      <w:proofErr w:type="gramStart"/>
      <w:r w:rsidRPr="0EADE93E">
        <w:rPr>
          <w:rFonts w:ascii="Arial" w:hAnsi="Arial"/>
        </w:rPr>
        <w:t>time, and</w:t>
      </w:r>
      <w:proofErr w:type="gramEnd"/>
      <w:r w:rsidRPr="0EADE93E">
        <w:rPr>
          <w:rFonts w:ascii="Arial" w:hAnsi="Arial"/>
        </w:rPr>
        <w:t xml:space="preserve"> rushed to the women's and children's hospital. There was a doctor standing over him</w:t>
      </w:r>
      <w:r w:rsidR="00201B2C">
        <w:rPr>
          <w:rFonts w:ascii="Arial" w:hAnsi="Arial"/>
        </w:rPr>
        <w:t>, s</w:t>
      </w:r>
      <w:r w:rsidRPr="0EADE93E">
        <w:rPr>
          <w:rFonts w:ascii="Arial" w:hAnsi="Arial"/>
        </w:rPr>
        <w:t xml:space="preserve">he was holding a bag to keep his breathing going, and she kept shining a torch in his eyes. And the one thing I remember seeing was these gorgeous, chubby little legs, and he still had his Santa nappy on. I just remember seeing that cute little red Santa nappy. And </w:t>
      </w:r>
      <w:proofErr w:type="gramStart"/>
      <w:r w:rsidRPr="0EADE93E">
        <w:rPr>
          <w:rFonts w:ascii="Arial" w:hAnsi="Arial"/>
        </w:rPr>
        <w:t>so</w:t>
      </w:r>
      <w:proofErr w:type="gramEnd"/>
      <w:r w:rsidRPr="0EADE93E">
        <w:rPr>
          <w:rFonts w:ascii="Arial" w:hAnsi="Arial"/>
        </w:rPr>
        <w:t xml:space="preserve"> one of the doctors spoke to me and explained that Harry had a suspected head injury, and they needed to rush him off at that moment. And as they started leading me out the room, I just said, "Stop, wait! I </w:t>
      </w:r>
      <w:proofErr w:type="gramStart"/>
      <w:r w:rsidRPr="0EADE93E">
        <w:rPr>
          <w:rFonts w:ascii="Arial" w:hAnsi="Arial"/>
        </w:rPr>
        <w:t>have to</w:t>
      </w:r>
      <w:proofErr w:type="gramEnd"/>
      <w:r w:rsidRPr="0EADE93E">
        <w:rPr>
          <w:rFonts w:ascii="Arial" w:hAnsi="Arial"/>
        </w:rPr>
        <w:t xml:space="preserve"> </w:t>
      </w:r>
      <w:proofErr w:type="gramStart"/>
      <w:r w:rsidRPr="0EADE93E">
        <w:rPr>
          <w:rFonts w:ascii="Arial" w:hAnsi="Arial"/>
        </w:rPr>
        <w:t>go,</w:t>
      </w:r>
      <w:proofErr w:type="gramEnd"/>
      <w:r w:rsidRPr="0EADE93E">
        <w:rPr>
          <w:rFonts w:ascii="Arial" w:hAnsi="Arial"/>
        </w:rPr>
        <w:t xml:space="preserve"> I </w:t>
      </w:r>
      <w:proofErr w:type="gramStart"/>
      <w:r w:rsidRPr="0EADE93E">
        <w:rPr>
          <w:rFonts w:ascii="Arial" w:hAnsi="Arial"/>
        </w:rPr>
        <w:t>have to</w:t>
      </w:r>
      <w:proofErr w:type="gramEnd"/>
      <w:r w:rsidRPr="0EADE93E">
        <w:rPr>
          <w:rFonts w:ascii="Arial" w:hAnsi="Arial"/>
        </w:rPr>
        <w:t xml:space="preserve"> go touch him at least. And </w:t>
      </w:r>
      <w:proofErr w:type="gramStart"/>
      <w:r w:rsidRPr="0EADE93E">
        <w:rPr>
          <w:rFonts w:ascii="Arial" w:hAnsi="Arial"/>
        </w:rPr>
        <w:t>so</w:t>
      </w:r>
      <w:proofErr w:type="gramEnd"/>
      <w:r w:rsidRPr="0EADE93E">
        <w:rPr>
          <w:rFonts w:ascii="Arial" w:hAnsi="Arial"/>
        </w:rPr>
        <w:t xml:space="preserve"> I couldn't go give him a kiss, but I just grabbed his little chubby feet and gave his little toes a kiss.</w:t>
      </w:r>
    </w:p>
    <w:p w14:paraId="619A03FB" w14:textId="0F30F7AC" w:rsidR="008D3814" w:rsidRDefault="008D3814" w:rsidP="0EADE93E">
      <w:pPr>
        <w:spacing w:after="0"/>
        <w:rPr>
          <w:rFonts w:ascii="Arial" w:hAnsi="Arial"/>
        </w:rPr>
      </w:pPr>
    </w:p>
    <w:p w14:paraId="7637BDE0" w14:textId="25E79B96" w:rsidR="008D3814" w:rsidRDefault="0810CB5F">
      <w:pPr>
        <w:spacing w:after="0"/>
      </w:pPr>
      <w:r w:rsidRPr="0EADE93E">
        <w:rPr>
          <w:rFonts w:ascii="Arial" w:hAnsi="Arial"/>
          <w:b/>
          <w:bCs/>
        </w:rPr>
        <w:t xml:space="preserve">Carey Scheer </w:t>
      </w:r>
      <w:r w:rsidRPr="0EADE93E">
        <w:rPr>
          <w:rFonts w:ascii="Arial" w:hAnsi="Arial"/>
          <w:color w:val="5D7284"/>
        </w:rPr>
        <w:t>04:43</w:t>
      </w:r>
    </w:p>
    <w:p w14:paraId="7B971331" w14:textId="1238C3A0" w:rsidR="008D3814" w:rsidRDefault="0810CB5F">
      <w:pPr>
        <w:spacing w:after="0"/>
      </w:pPr>
      <w:r w:rsidRPr="0EADE93E">
        <w:rPr>
          <w:rFonts w:ascii="Arial" w:hAnsi="Arial"/>
        </w:rPr>
        <w:t>Over the next week, Harry's condition stabilized. He was breathing on his own. What the future would look like, that was unknown, but Harry would live. And Michaela and Jamie got married.</w:t>
      </w:r>
    </w:p>
    <w:p w14:paraId="446A3E1E" w14:textId="4C92582C" w:rsidR="008D3814" w:rsidRDefault="008D3814" w:rsidP="0EADE93E">
      <w:pPr>
        <w:spacing w:after="0"/>
        <w:rPr>
          <w:rFonts w:ascii="Arial" w:hAnsi="Arial"/>
        </w:rPr>
      </w:pPr>
    </w:p>
    <w:p w14:paraId="0EB1FF6D" w14:textId="3EC433B5" w:rsidR="008D3814" w:rsidRDefault="07F78DBB" w:rsidP="0EADE93E">
      <w:pPr>
        <w:spacing w:after="0"/>
      </w:pPr>
      <w:r w:rsidRPr="0EADE93E">
        <w:rPr>
          <w:rFonts w:ascii="Arial" w:hAnsi="Arial"/>
          <w:b/>
          <w:bCs/>
        </w:rPr>
        <w:t>Michaela</w:t>
      </w:r>
      <w:r w:rsidR="38311234" w:rsidRPr="0EADE93E">
        <w:rPr>
          <w:rFonts w:ascii="Arial" w:hAnsi="Arial"/>
          <w:b/>
          <w:bCs/>
        </w:rPr>
        <w:t xml:space="preserve"> </w:t>
      </w:r>
      <w:r w:rsidR="38311234" w:rsidRPr="0EADE93E">
        <w:rPr>
          <w:rFonts w:ascii="Arial" w:hAnsi="Arial"/>
          <w:color w:val="5D7284"/>
        </w:rPr>
        <w:t>04:59</w:t>
      </w:r>
    </w:p>
    <w:p w14:paraId="294B537B" w14:textId="5683016C" w:rsidR="008D3814" w:rsidRDefault="0810CB5F">
      <w:pPr>
        <w:spacing w:after="0"/>
      </w:pPr>
      <w:r w:rsidRPr="0EADE93E">
        <w:rPr>
          <w:rFonts w:ascii="Arial" w:hAnsi="Arial"/>
        </w:rPr>
        <w:t>There was something that felt important about us still getting married. We just changed it, and we had a very small little ceremony in the Botanic Gardens. So just a stone's throw from the hospital, and straight after the ceremony, we went back to the hospital. I'll never forget the looks. There I was in this rather fabulous wedding dress, walking through the women's and children's hospital. I must have looked a</w:t>
      </w:r>
      <w:r w:rsidR="22C47C44" w:rsidRPr="0EADE93E">
        <w:rPr>
          <w:rFonts w:ascii="Arial" w:hAnsi="Arial"/>
        </w:rPr>
        <w:t xml:space="preserve"> sight</w:t>
      </w:r>
      <w:r w:rsidRPr="0EADE93E">
        <w:rPr>
          <w:rFonts w:ascii="Arial" w:hAnsi="Arial"/>
        </w:rPr>
        <w:t>.</w:t>
      </w:r>
    </w:p>
    <w:p w14:paraId="41C8F396" w14:textId="77777777" w:rsidR="008D3814" w:rsidRDefault="008D3814">
      <w:pPr>
        <w:spacing w:after="0"/>
      </w:pPr>
    </w:p>
    <w:p w14:paraId="12A62B2A" w14:textId="58D06C0B" w:rsidR="008D3814" w:rsidRDefault="0EADE93E">
      <w:pPr>
        <w:spacing w:after="0"/>
      </w:pPr>
      <w:r w:rsidRPr="0EADE93E">
        <w:rPr>
          <w:rFonts w:ascii="Arial" w:hAnsi="Arial"/>
          <w:b/>
          <w:bCs/>
        </w:rPr>
        <w:t xml:space="preserve">Carey Scheer </w:t>
      </w:r>
      <w:r w:rsidRPr="0EADE93E">
        <w:rPr>
          <w:rFonts w:ascii="Arial" w:hAnsi="Arial"/>
          <w:color w:val="5D7284"/>
        </w:rPr>
        <w:t>05:35</w:t>
      </w:r>
    </w:p>
    <w:p w14:paraId="0ACA9E4E" w14:textId="614CC931" w:rsidR="008D3814" w:rsidRDefault="0EADE93E">
      <w:pPr>
        <w:spacing w:after="0"/>
      </w:pPr>
      <w:r w:rsidRPr="0EADE93E">
        <w:rPr>
          <w:rFonts w:ascii="Arial" w:hAnsi="Arial"/>
        </w:rPr>
        <w:t xml:space="preserve">Michaela stressed to me that they had a wonderful, caring team at the women's and children's hospital. She's very grateful to them. But in </w:t>
      </w:r>
      <w:proofErr w:type="gramStart"/>
      <w:r w:rsidRPr="0EADE93E">
        <w:rPr>
          <w:rFonts w:ascii="Arial" w:hAnsi="Arial"/>
        </w:rPr>
        <w:t>all of</w:t>
      </w:r>
      <w:proofErr w:type="gramEnd"/>
      <w:r w:rsidRPr="0EADE93E">
        <w:rPr>
          <w:rFonts w:ascii="Arial" w:hAnsi="Arial"/>
        </w:rPr>
        <w:t xml:space="preserve"> that good, there was one truly awful encounter: a medical professional who was not part of Harry's core team declared three devastating predictions for Harry's future.</w:t>
      </w:r>
    </w:p>
    <w:p w14:paraId="72A3D3EC" w14:textId="77777777" w:rsidR="008D3814" w:rsidRDefault="008D3814">
      <w:pPr>
        <w:spacing w:after="0"/>
      </w:pPr>
    </w:p>
    <w:p w14:paraId="0FF0F1A8" w14:textId="4952C01F" w:rsidR="008D3814" w:rsidRDefault="33487E4C" w:rsidP="0EADE93E">
      <w:pPr>
        <w:spacing w:after="0"/>
        <w:rPr>
          <w:rFonts w:ascii="Arial" w:hAnsi="Arial"/>
          <w:color w:val="5D7284"/>
        </w:rPr>
      </w:pPr>
      <w:r w:rsidRPr="0EADE93E">
        <w:rPr>
          <w:rFonts w:ascii="Arial" w:hAnsi="Arial"/>
          <w:b/>
          <w:bCs/>
        </w:rPr>
        <w:t>Michaela</w:t>
      </w:r>
      <w:r w:rsidR="0EADE93E" w:rsidRPr="0EADE93E">
        <w:rPr>
          <w:rFonts w:ascii="Arial" w:hAnsi="Arial"/>
          <w:b/>
          <w:bCs/>
        </w:rPr>
        <w:t xml:space="preserve"> </w:t>
      </w:r>
      <w:r w:rsidR="0EADE93E" w:rsidRPr="0EADE93E">
        <w:rPr>
          <w:rFonts w:ascii="Arial" w:hAnsi="Arial"/>
          <w:color w:val="5D7284"/>
        </w:rPr>
        <w:t>0</w:t>
      </w:r>
      <w:r w:rsidR="2CC33ECC" w:rsidRPr="0EADE93E">
        <w:rPr>
          <w:rFonts w:ascii="Arial" w:hAnsi="Arial"/>
          <w:color w:val="5D7284"/>
        </w:rPr>
        <w:t>5</w:t>
      </w:r>
      <w:r w:rsidR="0EADE93E" w:rsidRPr="0EADE93E">
        <w:rPr>
          <w:rFonts w:ascii="Arial" w:hAnsi="Arial"/>
          <w:color w:val="5D7284"/>
        </w:rPr>
        <w:t>:</w:t>
      </w:r>
      <w:r w:rsidR="4B53B31B" w:rsidRPr="0EADE93E">
        <w:rPr>
          <w:rFonts w:ascii="Arial" w:hAnsi="Arial"/>
          <w:color w:val="5D7284"/>
        </w:rPr>
        <w:t>59</w:t>
      </w:r>
    </w:p>
    <w:p w14:paraId="05E5D461" w14:textId="609BBB4B" w:rsidR="008D3814" w:rsidRDefault="5690181C">
      <w:pPr>
        <w:spacing w:after="0"/>
      </w:pPr>
      <w:r w:rsidRPr="0EADE93E">
        <w:rPr>
          <w:rFonts w:ascii="Arial" w:hAnsi="Arial"/>
        </w:rPr>
        <w:t xml:space="preserve">He </w:t>
      </w:r>
      <w:r w:rsidR="0EADE93E" w:rsidRPr="0EADE93E">
        <w:rPr>
          <w:rFonts w:ascii="Arial" w:hAnsi="Arial"/>
        </w:rPr>
        <w:t>said to us, "Well, Harry won't attend a mainstream school. Harry won't be able to communicate, and Harry won't be able to understand spoken language. And I was just so-I mean, those three statements are just burned in my memory, and I just felt completely lost and terrified for my little boy and what this meant for him.</w:t>
      </w:r>
    </w:p>
    <w:p w14:paraId="0D0B940D" w14:textId="77777777" w:rsidR="008D3814" w:rsidRDefault="008D3814">
      <w:pPr>
        <w:spacing w:after="0"/>
      </w:pPr>
    </w:p>
    <w:p w14:paraId="73D77DE1" w14:textId="5506A147" w:rsidR="008D3814" w:rsidRDefault="0EADE93E">
      <w:pPr>
        <w:spacing w:after="0"/>
      </w:pPr>
      <w:r w:rsidRPr="0EADE93E">
        <w:rPr>
          <w:rFonts w:ascii="Arial" w:hAnsi="Arial"/>
          <w:b/>
          <w:bCs/>
        </w:rPr>
        <w:t xml:space="preserve">Carey Scheer </w:t>
      </w:r>
      <w:r w:rsidRPr="0EADE93E">
        <w:rPr>
          <w:rFonts w:ascii="Arial" w:hAnsi="Arial"/>
          <w:color w:val="5D7284"/>
        </w:rPr>
        <w:t>06:36</w:t>
      </w:r>
    </w:p>
    <w:p w14:paraId="4912B563" w14:textId="77777777" w:rsidR="00703C07" w:rsidRDefault="00000000" w:rsidP="0EADE93E">
      <w:pPr>
        <w:spacing w:after="0"/>
        <w:rPr>
          <w:rFonts w:ascii="Arial" w:hAnsi="Arial"/>
        </w:rPr>
      </w:pPr>
      <w:r>
        <w:rPr>
          <w:rFonts w:ascii="Arial" w:hAnsi="Arial"/>
        </w:rPr>
        <w:t>Michaela's dream of that local primary school experience for Harry slipped away, but Harry got out of hospital and eventually went back to childcare.</w:t>
      </w:r>
    </w:p>
    <w:p w14:paraId="7F9E3B79" w14:textId="49327B2E" w:rsidR="008D3814" w:rsidRDefault="0749B070" w:rsidP="0EADE93E">
      <w:pPr>
        <w:spacing w:after="0"/>
      </w:pPr>
      <w:r w:rsidRPr="0EADE93E">
        <w:rPr>
          <w:rFonts w:ascii="Arial" w:hAnsi="Arial"/>
          <w:b/>
          <w:bCs/>
        </w:rPr>
        <w:lastRenderedPageBreak/>
        <w:t>Michaela</w:t>
      </w:r>
      <w:r w:rsidR="0EADE93E" w:rsidRPr="0EADE93E">
        <w:rPr>
          <w:rFonts w:ascii="Arial" w:hAnsi="Arial"/>
          <w:b/>
          <w:bCs/>
        </w:rPr>
        <w:t xml:space="preserve"> </w:t>
      </w:r>
      <w:r w:rsidR="0EADE93E" w:rsidRPr="0EADE93E">
        <w:rPr>
          <w:rFonts w:ascii="Arial" w:hAnsi="Arial"/>
          <w:color w:val="5D7284"/>
        </w:rPr>
        <w:t>06:48</w:t>
      </w:r>
    </w:p>
    <w:p w14:paraId="53F3F508" w14:textId="6897E5D1" w:rsidR="008D3814" w:rsidRDefault="0EADE93E" w:rsidP="0EADE93E">
      <w:pPr>
        <w:spacing w:after="0"/>
        <w:rPr>
          <w:rFonts w:ascii="Arial" w:hAnsi="Arial"/>
        </w:rPr>
      </w:pPr>
      <w:r w:rsidRPr="0EADE93E">
        <w:rPr>
          <w:rFonts w:ascii="Arial" w:hAnsi="Arial"/>
        </w:rPr>
        <w:t xml:space="preserve">There was </w:t>
      </w:r>
      <w:r w:rsidR="42BF6D6E" w:rsidRPr="0EADE93E">
        <w:rPr>
          <w:rFonts w:ascii="Arial" w:hAnsi="Arial"/>
        </w:rPr>
        <w:t xml:space="preserve">no </w:t>
      </w:r>
      <w:r w:rsidRPr="0EADE93E">
        <w:rPr>
          <w:rFonts w:ascii="Arial" w:hAnsi="Arial"/>
        </w:rPr>
        <w:t xml:space="preserve">segregated childcare, so he went to beautiful childcare center. He was so wonderfully included. You know the educators. They applied for some extra funding so that they had additional support for Harry, but </w:t>
      </w:r>
      <w:proofErr w:type="gramStart"/>
      <w:r w:rsidRPr="0EADE93E">
        <w:rPr>
          <w:rFonts w:ascii="Arial" w:hAnsi="Arial"/>
        </w:rPr>
        <w:t>really</w:t>
      </w:r>
      <w:proofErr w:type="gramEnd"/>
      <w:r w:rsidRPr="0EADE93E">
        <w:rPr>
          <w:rFonts w:ascii="Arial" w:hAnsi="Arial"/>
        </w:rPr>
        <w:t xml:space="preserve"> he was just like every other little kid there, getting filthy in the sand pit. You know, he'd come home covered in paint, filthy. It was </w:t>
      </w:r>
      <w:proofErr w:type="gramStart"/>
      <w:r w:rsidRPr="0EADE93E">
        <w:rPr>
          <w:rFonts w:ascii="Arial" w:hAnsi="Arial"/>
        </w:rPr>
        <w:t>absolutely wonderful</w:t>
      </w:r>
      <w:proofErr w:type="gramEnd"/>
      <w:r w:rsidRPr="0EADE93E">
        <w:rPr>
          <w:rFonts w:ascii="Arial" w:hAnsi="Arial"/>
        </w:rPr>
        <w:t xml:space="preserve">. Just how every young child's experience of childcare, or you know, being a little person should be. And then it was time for </w:t>
      </w:r>
      <w:r w:rsidR="4A4BEECF" w:rsidRPr="0EADE93E">
        <w:rPr>
          <w:rFonts w:ascii="Arial" w:hAnsi="Arial"/>
        </w:rPr>
        <w:t>K</w:t>
      </w:r>
      <w:r w:rsidRPr="0EADE93E">
        <w:rPr>
          <w:rFonts w:ascii="Arial" w:hAnsi="Arial"/>
        </w:rPr>
        <w:t xml:space="preserve">indy, and again, you know, there's not really any special </w:t>
      </w:r>
      <w:r w:rsidR="00290F6D" w:rsidRPr="0EADE93E">
        <w:rPr>
          <w:rFonts w:ascii="Arial" w:hAnsi="Arial"/>
        </w:rPr>
        <w:t>Kindy’s</w:t>
      </w:r>
      <w:r w:rsidRPr="0EADE93E">
        <w:rPr>
          <w:rFonts w:ascii="Arial" w:hAnsi="Arial"/>
        </w:rPr>
        <w:t xml:space="preserve"> available, so we chose a beautiful </w:t>
      </w:r>
      <w:r w:rsidR="7315C886" w:rsidRPr="0EADE93E">
        <w:rPr>
          <w:rFonts w:ascii="Arial" w:hAnsi="Arial"/>
        </w:rPr>
        <w:t>K</w:t>
      </w:r>
      <w:r w:rsidRPr="0EADE93E">
        <w:rPr>
          <w:rFonts w:ascii="Arial" w:hAnsi="Arial"/>
        </w:rPr>
        <w:t>ind</w:t>
      </w:r>
      <w:r w:rsidR="367FAB7A" w:rsidRPr="0EADE93E">
        <w:rPr>
          <w:rFonts w:ascii="Arial" w:hAnsi="Arial"/>
        </w:rPr>
        <w:t>y</w:t>
      </w:r>
      <w:r w:rsidRPr="0EADE93E">
        <w:rPr>
          <w:rFonts w:ascii="Arial" w:hAnsi="Arial"/>
        </w:rPr>
        <w:t xml:space="preserve"> that was close to us, and Harry absolutely loved it. The kids played with him and included him</w:t>
      </w:r>
      <w:r w:rsidR="6134F89D" w:rsidRPr="0EADE93E">
        <w:rPr>
          <w:rFonts w:ascii="Arial" w:hAnsi="Arial"/>
        </w:rPr>
        <w:t>.</w:t>
      </w:r>
    </w:p>
    <w:p w14:paraId="60061E4C" w14:textId="77777777" w:rsidR="008D3814" w:rsidRDefault="008D3814">
      <w:pPr>
        <w:spacing w:after="0"/>
      </w:pPr>
    </w:p>
    <w:p w14:paraId="1D8CB03D" w14:textId="6AC02EA1" w:rsidR="008D3814" w:rsidRDefault="0EADE93E">
      <w:pPr>
        <w:spacing w:after="0"/>
      </w:pPr>
      <w:r w:rsidRPr="0EADE93E">
        <w:rPr>
          <w:rFonts w:ascii="Arial" w:hAnsi="Arial"/>
          <w:b/>
          <w:bCs/>
        </w:rPr>
        <w:t xml:space="preserve">Carey Scheer </w:t>
      </w:r>
      <w:r w:rsidRPr="0EADE93E">
        <w:rPr>
          <w:rFonts w:ascii="Arial" w:hAnsi="Arial"/>
          <w:color w:val="5D7284"/>
        </w:rPr>
        <w:t>07:44</w:t>
      </w:r>
    </w:p>
    <w:p w14:paraId="6A573D6C" w14:textId="10B742F5" w:rsidR="008D3814" w:rsidRDefault="379FCD0A">
      <w:pPr>
        <w:spacing w:after="0"/>
      </w:pPr>
      <w:r w:rsidRPr="0EADE93E">
        <w:rPr>
          <w:rFonts w:ascii="Arial" w:hAnsi="Arial"/>
        </w:rPr>
        <w:t xml:space="preserve">But </w:t>
      </w:r>
      <w:r w:rsidR="0EADE93E" w:rsidRPr="0EADE93E">
        <w:rPr>
          <w:rFonts w:ascii="Arial" w:hAnsi="Arial"/>
        </w:rPr>
        <w:t>from here out, Harry's path would diverge from his friends. They would go to their mainstream schools, and Harry would go off to a special school.</w:t>
      </w:r>
    </w:p>
    <w:p w14:paraId="44EAFD9C" w14:textId="77777777" w:rsidR="008D3814" w:rsidRDefault="008D3814">
      <w:pPr>
        <w:spacing w:after="0"/>
      </w:pPr>
    </w:p>
    <w:p w14:paraId="51E54B8A" w14:textId="567C26B5" w:rsidR="008D3814" w:rsidRDefault="27A3A02F" w:rsidP="0EADE93E">
      <w:pPr>
        <w:spacing w:after="0"/>
      </w:pPr>
      <w:r w:rsidRPr="0EADE93E">
        <w:rPr>
          <w:rFonts w:ascii="Arial" w:hAnsi="Arial"/>
          <w:b/>
          <w:bCs/>
        </w:rPr>
        <w:t>Michaela</w:t>
      </w:r>
      <w:r w:rsidR="0EADE93E" w:rsidRPr="0EADE93E">
        <w:rPr>
          <w:rFonts w:ascii="Arial" w:hAnsi="Arial"/>
          <w:b/>
          <w:bCs/>
        </w:rPr>
        <w:t xml:space="preserve"> </w:t>
      </w:r>
      <w:r w:rsidR="0EADE93E" w:rsidRPr="0EADE93E">
        <w:rPr>
          <w:rFonts w:ascii="Arial" w:hAnsi="Arial"/>
          <w:color w:val="5D7284"/>
        </w:rPr>
        <w:t>07:55</w:t>
      </w:r>
    </w:p>
    <w:p w14:paraId="2F282940" w14:textId="545353AA" w:rsidR="008D3814" w:rsidRDefault="0EADE93E" w:rsidP="0EADE93E">
      <w:pPr>
        <w:spacing w:after="0"/>
        <w:rPr>
          <w:rFonts w:ascii="Arial" w:hAnsi="Arial"/>
        </w:rPr>
      </w:pPr>
      <w:r w:rsidRPr="0EADE93E">
        <w:rPr>
          <w:rFonts w:ascii="Arial" w:hAnsi="Arial"/>
        </w:rPr>
        <w:t xml:space="preserve">I was sitting here at home. We were having a speech session with our speech pathologist, </w:t>
      </w:r>
      <w:proofErr w:type="gramStart"/>
      <w:r w:rsidRPr="0EADE93E">
        <w:rPr>
          <w:rFonts w:ascii="Arial" w:hAnsi="Arial"/>
        </w:rPr>
        <w:t>And</w:t>
      </w:r>
      <w:proofErr w:type="gramEnd"/>
      <w:r w:rsidRPr="0EADE93E">
        <w:rPr>
          <w:rFonts w:ascii="Arial" w:hAnsi="Arial"/>
        </w:rPr>
        <w:t xml:space="preserve"> she said to me, "Oh, you know, where are you sending Harry to school?</w:t>
      </w:r>
      <w:r w:rsidR="3A46656C" w:rsidRPr="0EADE93E">
        <w:rPr>
          <w:rFonts w:ascii="Arial" w:hAnsi="Arial"/>
        </w:rPr>
        <w:t>”</w:t>
      </w:r>
    </w:p>
    <w:p w14:paraId="4B94D5A5" w14:textId="77777777" w:rsidR="008D3814" w:rsidRDefault="008D3814">
      <w:pPr>
        <w:spacing w:after="0"/>
      </w:pPr>
    </w:p>
    <w:p w14:paraId="21C7BCA0" w14:textId="0989BA26" w:rsidR="008D3814" w:rsidRDefault="0EADE93E">
      <w:pPr>
        <w:spacing w:after="0"/>
      </w:pPr>
      <w:r w:rsidRPr="0EADE93E">
        <w:rPr>
          <w:rFonts w:ascii="Arial" w:hAnsi="Arial"/>
          <w:b/>
          <w:bCs/>
        </w:rPr>
        <w:t xml:space="preserve">Carey Scheer </w:t>
      </w:r>
      <w:r w:rsidRPr="0EADE93E">
        <w:rPr>
          <w:rFonts w:ascii="Arial" w:hAnsi="Arial"/>
          <w:color w:val="5D7284"/>
        </w:rPr>
        <w:t>08:06</w:t>
      </w:r>
    </w:p>
    <w:p w14:paraId="27BB60AE" w14:textId="77777777" w:rsidR="008D3814" w:rsidRDefault="00000000">
      <w:pPr>
        <w:spacing w:after="0"/>
      </w:pPr>
      <w:r>
        <w:rPr>
          <w:rFonts w:ascii="Arial" w:hAnsi="Arial"/>
        </w:rPr>
        <w:t>Michaela told her the closest special school, of course.</w:t>
      </w:r>
    </w:p>
    <w:p w14:paraId="3DEEC669" w14:textId="77777777" w:rsidR="008D3814" w:rsidRDefault="008D3814">
      <w:pPr>
        <w:spacing w:after="0"/>
      </w:pPr>
    </w:p>
    <w:p w14:paraId="681DA65B" w14:textId="0CA34F20" w:rsidR="008D3814" w:rsidRDefault="596C6205" w:rsidP="0EADE93E">
      <w:pPr>
        <w:spacing w:after="0"/>
      </w:pPr>
      <w:r w:rsidRPr="0EADE93E">
        <w:rPr>
          <w:rFonts w:ascii="Arial" w:hAnsi="Arial"/>
          <w:b/>
          <w:bCs/>
        </w:rPr>
        <w:t>Michaela</w:t>
      </w:r>
      <w:r w:rsidR="0EADE93E" w:rsidRPr="0EADE93E">
        <w:rPr>
          <w:rFonts w:ascii="Arial" w:hAnsi="Arial"/>
          <w:b/>
          <w:bCs/>
        </w:rPr>
        <w:t xml:space="preserve"> </w:t>
      </w:r>
      <w:r w:rsidR="0EADE93E" w:rsidRPr="0EADE93E">
        <w:rPr>
          <w:rFonts w:ascii="Arial" w:hAnsi="Arial"/>
          <w:color w:val="5D7284"/>
        </w:rPr>
        <w:t>08:11</w:t>
      </w:r>
    </w:p>
    <w:p w14:paraId="4A6ECDED" w14:textId="09DB7D11" w:rsidR="008D3814" w:rsidRDefault="0EADE93E">
      <w:pPr>
        <w:spacing w:after="0"/>
      </w:pPr>
      <w:r w:rsidRPr="0EADE93E">
        <w:rPr>
          <w:rFonts w:ascii="Arial" w:hAnsi="Arial"/>
        </w:rPr>
        <w:t>I remember thinking, like, why is she asking me this? Where else can Harry go to school? And she said, "Huh? Have you thought about a mainstream school?</w:t>
      </w:r>
      <w:r w:rsidR="0034424F">
        <w:rPr>
          <w:rFonts w:ascii="Arial" w:hAnsi="Arial"/>
        </w:rPr>
        <w:t>”</w:t>
      </w:r>
      <w:r w:rsidRPr="0EADE93E">
        <w:rPr>
          <w:rFonts w:ascii="Arial" w:hAnsi="Arial"/>
        </w:rPr>
        <w:t xml:space="preserve"> And I just absolutely hadn't. It felt like that option was off the table for us. But something-</w:t>
      </w:r>
      <w:r w:rsidR="13DCF87D" w:rsidRPr="0EADE93E">
        <w:rPr>
          <w:rFonts w:ascii="Arial" w:hAnsi="Arial"/>
        </w:rPr>
        <w:t xml:space="preserve"> </w:t>
      </w:r>
      <w:r w:rsidRPr="0EADE93E">
        <w:rPr>
          <w:rFonts w:ascii="Arial" w:hAnsi="Arial"/>
        </w:rPr>
        <w:t>it just</w:t>
      </w:r>
      <w:r w:rsidR="712067B0" w:rsidRPr="0EADE93E">
        <w:rPr>
          <w:rFonts w:ascii="Arial" w:hAnsi="Arial"/>
        </w:rPr>
        <w:t>-</w:t>
      </w:r>
      <w:r w:rsidRPr="0EADE93E">
        <w:rPr>
          <w:rFonts w:ascii="Arial" w:hAnsi="Arial"/>
        </w:rPr>
        <w:t xml:space="preserve"> there was this little spark in that moment, and I will always be so grateful to her for asking me that question, because that was the question that changed everything for us, and I suddenly thought, "Huh, okay, maybe mainstream is an option for him. Maybe</w:t>
      </w:r>
      <w:r w:rsidR="274B36E0" w:rsidRPr="0EADE93E">
        <w:rPr>
          <w:rFonts w:ascii="Arial" w:hAnsi="Arial"/>
        </w:rPr>
        <w:t xml:space="preserve"> </w:t>
      </w:r>
      <w:r w:rsidRPr="0EADE93E">
        <w:rPr>
          <w:rFonts w:ascii="Arial" w:hAnsi="Arial"/>
        </w:rPr>
        <w:t>anything is an option for him. Hang on a second. This whole time, I've been thinking I don't want to put restrictions on my child, and that has got to start with where he goes to school.</w:t>
      </w:r>
      <w:r w:rsidR="00B952E4">
        <w:rPr>
          <w:rFonts w:ascii="Arial" w:hAnsi="Arial"/>
        </w:rPr>
        <w:t>”</w:t>
      </w:r>
      <w:r w:rsidRPr="0EADE93E">
        <w:rPr>
          <w:rFonts w:ascii="Arial" w:hAnsi="Arial"/>
        </w:rPr>
        <w:t xml:space="preserve"> I had to acknowledge and work through my own sense of ableism, and how me growing up at a school that </w:t>
      </w:r>
      <w:proofErr w:type="gramStart"/>
      <w:r w:rsidRPr="0EADE93E">
        <w:rPr>
          <w:rFonts w:ascii="Arial" w:hAnsi="Arial"/>
        </w:rPr>
        <w:t>definitely never</w:t>
      </w:r>
      <w:proofErr w:type="gramEnd"/>
      <w:r w:rsidRPr="0EADE93E">
        <w:rPr>
          <w:rFonts w:ascii="Arial" w:hAnsi="Arial"/>
        </w:rPr>
        <w:t xml:space="preserve"> had children with disabilities, and my assumption that children with disabilities, you know, went to segregated schools</w:t>
      </w:r>
      <w:r w:rsidR="02CCBEE1" w:rsidRPr="0EADE93E">
        <w:rPr>
          <w:rFonts w:ascii="Arial" w:hAnsi="Arial"/>
        </w:rPr>
        <w:t>. S</w:t>
      </w:r>
      <w:r w:rsidRPr="0EADE93E">
        <w:rPr>
          <w:rFonts w:ascii="Arial" w:hAnsi="Arial"/>
        </w:rPr>
        <w:t>uddenly as the parent of a child with disability, I had some serious questions around those assumptions, and so I chose to actively work through and unpack that.</w:t>
      </w:r>
    </w:p>
    <w:p w14:paraId="3656B9AB" w14:textId="77777777" w:rsidR="008D3814" w:rsidRDefault="008D3814">
      <w:pPr>
        <w:spacing w:after="0"/>
      </w:pPr>
    </w:p>
    <w:p w14:paraId="59E15170" w14:textId="7BB39C31" w:rsidR="008D3814" w:rsidRDefault="0EADE93E">
      <w:pPr>
        <w:spacing w:after="0"/>
      </w:pPr>
      <w:r w:rsidRPr="0EADE93E">
        <w:rPr>
          <w:rFonts w:ascii="Arial" w:hAnsi="Arial"/>
          <w:b/>
          <w:bCs/>
        </w:rPr>
        <w:t xml:space="preserve">Carey Scheer </w:t>
      </w:r>
      <w:r w:rsidRPr="0EADE93E">
        <w:rPr>
          <w:rFonts w:ascii="Arial" w:hAnsi="Arial"/>
          <w:color w:val="5D7284"/>
        </w:rPr>
        <w:t>09:48</w:t>
      </w:r>
    </w:p>
    <w:p w14:paraId="72A34BA4" w14:textId="77777777" w:rsidR="008D3814" w:rsidRDefault="00000000">
      <w:pPr>
        <w:spacing w:after="0"/>
      </w:pPr>
      <w:r>
        <w:rPr>
          <w:rFonts w:ascii="Arial" w:hAnsi="Arial"/>
        </w:rPr>
        <w:t xml:space="preserve">And </w:t>
      </w:r>
      <w:proofErr w:type="gramStart"/>
      <w:r>
        <w:rPr>
          <w:rFonts w:ascii="Arial" w:hAnsi="Arial"/>
        </w:rPr>
        <w:t>so</w:t>
      </w:r>
      <w:proofErr w:type="gramEnd"/>
      <w:r>
        <w:rPr>
          <w:rFonts w:ascii="Arial" w:hAnsi="Arial"/>
        </w:rPr>
        <w:t xml:space="preserve"> Michaela sought out wisdom from people with firsthand experience of disability. How did they see the world? And she also delved into research on inclusive education. What she found really surprised her.</w:t>
      </w:r>
    </w:p>
    <w:p w14:paraId="45FB0818" w14:textId="77777777" w:rsidR="008D3814" w:rsidRDefault="008D3814">
      <w:pPr>
        <w:spacing w:after="0"/>
      </w:pPr>
    </w:p>
    <w:p w14:paraId="77CC655C" w14:textId="61A26B77" w:rsidR="008D3814" w:rsidRDefault="16407DC2" w:rsidP="0EADE93E">
      <w:pPr>
        <w:spacing w:after="0"/>
      </w:pPr>
      <w:r w:rsidRPr="0EADE93E">
        <w:rPr>
          <w:rFonts w:ascii="Arial" w:hAnsi="Arial"/>
          <w:b/>
          <w:bCs/>
        </w:rPr>
        <w:t>Michaela</w:t>
      </w:r>
      <w:r w:rsidR="0EADE93E" w:rsidRPr="0EADE93E">
        <w:rPr>
          <w:rFonts w:ascii="Arial" w:hAnsi="Arial"/>
          <w:b/>
          <w:bCs/>
        </w:rPr>
        <w:t xml:space="preserve"> </w:t>
      </w:r>
      <w:r w:rsidR="0EADE93E" w:rsidRPr="0EADE93E">
        <w:rPr>
          <w:rFonts w:ascii="Arial" w:hAnsi="Arial"/>
          <w:color w:val="5D7284"/>
        </w:rPr>
        <w:t>10:03</w:t>
      </w:r>
    </w:p>
    <w:p w14:paraId="6AB0A426" w14:textId="0C16B365" w:rsidR="00035515" w:rsidRDefault="00000000">
      <w:pPr>
        <w:spacing w:after="0"/>
      </w:pPr>
      <w:r>
        <w:rPr>
          <w:rFonts w:ascii="Arial" w:hAnsi="Arial"/>
        </w:rPr>
        <w:t>You know, at the time it was 40 years of research, but I guess now it's 50 years of research shows that there are social benefits and huge academic benefits to disabled and non-disabled children to be in inclusive schooling together, and that not one research article favors segregation over inclusion. It gave me a feeling of power and certainty that this was the right choice.</w:t>
      </w:r>
    </w:p>
    <w:p w14:paraId="636EE679" w14:textId="77777777" w:rsidR="00035515" w:rsidRDefault="00035515">
      <w:pPr>
        <w:rPr>
          <w:rFonts w:ascii="Arial" w:hAnsi="Arial"/>
          <w:b/>
          <w:bCs/>
        </w:rPr>
      </w:pPr>
      <w:r>
        <w:rPr>
          <w:rFonts w:ascii="Arial" w:hAnsi="Arial"/>
          <w:b/>
          <w:bCs/>
        </w:rPr>
        <w:br w:type="page"/>
      </w:r>
    </w:p>
    <w:p w14:paraId="263D6919" w14:textId="5DECE08A" w:rsidR="008D3814" w:rsidRDefault="0EADE93E">
      <w:pPr>
        <w:spacing w:after="0"/>
      </w:pPr>
      <w:r w:rsidRPr="0EADE93E">
        <w:rPr>
          <w:rFonts w:ascii="Arial" w:hAnsi="Arial"/>
          <w:b/>
          <w:bCs/>
        </w:rPr>
        <w:lastRenderedPageBreak/>
        <w:t xml:space="preserve">Carey Scheer </w:t>
      </w:r>
      <w:r w:rsidRPr="0EADE93E">
        <w:rPr>
          <w:rFonts w:ascii="Arial" w:hAnsi="Arial"/>
          <w:color w:val="5D7284"/>
        </w:rPr>
        <w:t>10:37</w:t>
      </w:r>
    </w:p>
    <w:p w14:paraId="6EE28232" w14:textId="77777777" w:rsidR="008D3814" w:rsidRDefault="00000000">
      <w:pPr>
        <w:spacing w:after="0"/>
      </w:pPr>
      <w:r>
        <w:rPr>
          <w:rFonts w:ascii="Arial" w:hAnsi="Arial"/>
        </w:rPr>
        <w:t xml:space="preserve">And </w:t>
      </w:r>
      <w:proofErr w:type="gramStart"/>
      <w:r>
        <w:rPr>
          <w:rFonts w:ascii="Arial" w:hAnsi="Arial"/>
        </w:rPr>
        <w:t>so</w:t>
      </w:r>
      <w:proofErr w:type="gramEnd"/>
      <w:r>
        <w:rPr>
          <w:rFonts w:ascii="Arial" w:hAnsi="Arial"/>
        </w:rPr>
        <w:t xml:space="preserve"> Michaela picked up the phone and dialed a school and said,</w:t>
      </w:r>
    </w:p>
    <w:p w14:paraId="53128261" w14:textId="77777777" w:rsidR="008D3814" w:rsidRDefault="008D3814">
      <w:pPr>
        <w:spacing w:after="0"/>
      </w:pPr>
    </w:p>
    <w:p w14:paraId="3BF3C7D7" w14:textId="29B8344A" w:rsidR="008D3814" w:rsidRDefault="624ABED5" w:rsidP="0EADE93E">
      <w:pPr>
        <w:spacing w:after="0"/>
      </w:pPr>
      <w:r w:rsidRPr="0EADE93E">
        <w:rPr>
          <w:rFonts w:ascii="Arial" w:hAnsi="Arial"/>
          <w:b/>
          <w:bCs/>
        </w:rPr>
        <w:t>Michaela</w:t>
      </w:r>
      <w:r w:rsidR="0EADE93E" w:rsidRPr="0EADE93E">
        <w:rPr>
          <w:rFonts w:ascii="Arial" w:hAnsi="Arial"/>
          <w:b/>
          <w:bCs/>
        </w:rPr>
        <w:t xml:space="preserve"> </w:t>
      </w:r>
      <w:r w:rsidR="0EADE93E" w:rsidRPr="0EADE93E">
        <w:rPr>
          <w:rFonts w:ascii="Arial" w:hAnsi="Arial"/>
          <w:color w:val="5D7284"/>
        </w:rPr>
        <w:t>10:42</w:t>
      </w:r>
    </w:p>
    <w:p w14:paraId="0255E640" w14:textId="0D329ADD" w:rsidR="008D3814" w:rsidRDefault="00000000">
      <w:pPr>
        <w:spacing w:after="0"/>
      </w:pPr>
      <w:r>
        <w:rPr>
          <w:rFonts w:ascii="Arial" w:hAnsi="Arial"/>
        </w:rPr>
        <w:t>"Hi, my name is Michaela. My son starts school next year, and I'd like some information about enrolling him. He has a disability.</w:t>
      </w:r>
      <w:r w:rsidR="007D70FC">
        <w:rPr>
          <w:rFonts w:ascii="Arial" w:hAnsi="Arial"/>
        </w:rPr>
        <w:t>”</w:t>
      </w:r>
      <w:r>
        <w:rPr>
          <w:rFonts w:ascii="Arial" w:hAnsi="Arial"/>
        </w:rPr>
        <w:t xml:space="preserve"> And there's just this pause, and she says, "Oh, oh, are you sure? So, are we in</w:t>
      </w:r>
      <w:r w:rsidR="00687388">
        <w:rPr>
          <w:rFonts w:ascii="Arial" w:hAnsi="Arial"/>
        </w:rPr>
        <w:t>-</w:t>
      </w:r>
      <w:r>
        <w:rPr>
          <w:rFonts w:ascii="Arial" w:hAnsi="Arial"/>
        </w:rPr>
        <w:t xml:space="preserve"> Are you in our zone? Are we your zone school?</w:t>
      </w:r>
      <w:r w:rsidR="00687388">
        <w:rPr>
          <w:rFonts w:ascii="Arial" w:hAnsi="Arial"/>
        </w:rPr>
        <w:t>”</w:t>
      </w:r>
      <w:r>
        <w:rPr>
          <w:rFonts w:ascii="Arial" w:hAnsi="Arial"/>
        </w:rPr>
        <w:t xml:space="preserve"> And I said</w:t>
      </w:r>
      <w:r w:rsidR="00687388">
        <w:rPr>
          <w:rFonts w:ascii="Arial" w:hAnsi="Arial"/>
        </w:rPr>
        <w:t>,</w:t>
      </w:r>
      <w:r>
        <w:rPr>
          <w:rFonts w:ascii="Arial" w:hAnsi="Arial"/>
        </w:rPr>
        <w:t xml:space="preserve"> </w:t>
      </w:r>
      <w:r w:rsidR="00687388">
        <w:rPr>
          <w:rFonts w:ascii="Arial" w:hAnsi="Arial"/>
        </w:rPr>
        <w:t>“N</w:t>
      </w:r>
      <w:r>
        <w:rPr>
          <w:rFonts w:ascii="Arial" w:hAnsi="Arial"/>
        </w:rPr>
        <w:t>o</w:t>
      </w:r>
      <w:r w:rsidR="00687388">
        <w:rPr>
          <w:rFonts w:ascii="Arial" w:hAnsi="Arial"/>
        </w:rPr>
        <w:t>, b</w:t>
      </w:r>
      <w:r>
        <w:rPr>
          <w:rFonts w:ascii="Arial" w:hAnsi="Arial"/>
        </w:rPr>
        <w:t>ut he goes to childcare nearby.</w:t>
      </w:r>
      <w:r w:rsidR="00687388">
        <w:rPr>
          <w:rFonts w:ascii="Arial" w:hAnsi="Arial"/>
        </w:rPr>
        <w:t>”</w:t>
      </w:r>
      <w:r>
        <w:rPr>
          <w:rFonts w:ascii="Arial" w:hAnsi="Arial"/>
        </w:rPr>
        <w:t xml:space="preserve"> </w:t>
      </w:r>
      <w:r w:rsidR="00687388">
        <w:rPr>
          <w:rFonts w:ascii="Arial" w:hAnsi="Arial"/>
        </w:rPr>
        <w:t>“</w:t>
      </w:r>
      <w:r>
        <w:rPr>
          <w:rFonts w:ascii="Arial" w:hAnsi="Arial"/>
        </w:rPr>
        <w:t>Oh, I don't think then we aren't your school. You need to contact the school that you're in the zone for.</w:t>
      </w:r>
      <w:r w:rsidR="00687388">
        <w:rPr>
          <w:rFonts w:ascii="Arial" w:hAnsi="Arial"/>
        </w:rPr>
        <w:t>”</w:t>
      </w:r>
      <w:r>
        <w:rPr>
          <w:rFonts w:ascii="Arial" w:hAnsi="Arial"/>
        </w:rPr>
        <w:t xml:space="preserve"> Okay, right. So that is a no. Right onto this next school on my list.</w:t>
      </w:r>
    </w:p>
    <w:p w14:paraId="62486C05" w14:textId="77777777" w:rsidR="008D3814" w:rsidRDefault="008D3814">
      <w:pPr>
        <w:spacing w:after="0"/>
      </w:pPr>
    </w:p>
    <w:p w14:paraId="3AB3673E" w14:textId="2FE75B21" w:rsidR="008D3814" w:rsidRDefault="0EADE93E">
      <w:pPr>
        <w:spacing w:after="0"/>
      </w:pPr>
      <w:r w:rsidRPr="0EADE93E">
        <w:rPr>
          <w:rFonts w:ascii="Arial" w:hAnsi="Arial"/>
          <w:b/>
          <w:bCs/>
        </w:rPr>
        <w:t xml:space="preserve">Carey Scheer </w:t>
      </w:r>
      <w:r w:rsidRPr="0EADE93E">
        <w:rPr>
          <w:rFonts w:ascii="Arial" w:hAnsi="Arial"/>
          <w:color w:val="5D7284"/>
        </w:rPr>
        <w:t>11:22</w:t>
      </w:r>
    </w:p>
    <w:p w14:paraId="291FE609" w14:textId="2ED62A12" w:rsidR="008D3814" w:rsidRDefault="0EADE93E">
      <w:pPr>
        <w:spacing w:after="0"/>
      </w:pPr>
      <w:r w:rsidRPr="0EADE93E">
        <w:rPr>
          <w:rFonts w:ascii="Arial" w:hAnsi="Arial"/>
        </w:rPr>
        <w:t>The next school's response</w:t>
      </w:r>
      <w:r w:rsidR="07A251AC" w:rsidRPr="0EADE93E">
        <w:rPr>
          <w:rFonts w:ascii="Arial" w:hAnsi="Arial"/>
        </w:rPr>
        <w:t>:</w:t>
      </w:r>
    </w:p>
    <w:p w14:paraId="4101652C" w14:textId="77777777" w:rsidR="008D3814" w:rsidRDefault="008D3814">
      <w:pPr>
        <w:spacing w:after="0"/>
      </w:pPr>
    </w:p>
    <w:p w14:paraId="2F378343" w14:textId="48548B17" w:rsidR="008D3814" w:rsidRDefault="38681135" w:rsidP="0EADE93E">
      <w:pPr>
        <w:spacing w:after="0"/>
      </w:pPr>
      <w:r w:rsidRPr="0EADE93E">
        <w:rPr>
          <w:rFonts w:ascii="Arial" w:hAnsi="Arial"/>
          <w:b/>
          <w:bCs/>
        </w:rPr>
        <w:t>Michaela</w:t>
      </w:r>
      <w:r w:rsidR="0EADE93E" w:rsidRPr="0EADE93E">
        <w:rPr>
          <w:rFonts w:ascii="Arial" w:hAnsi="Arial"/>
          <w:b/>
          <w:bCs/>
        </w:rPr>
        <w:t xml:space="preserve"> </w:t>
      </w:r>
      <w:r w:rsidR="0EADE93E" w:rsidRPr="0EADE93E">
        <w:rPr>
          <w:rFonts w:ascii="Arial" w:hAnsi="Arial"/>
          <w:color w:val="5D7284"/>
        </w:rPr>
        <w:t>11:25</w:t>
      </w:r>
    </w:p>
    <w:p w14:paraId="3AF41E9F" w14:textId="299EFDF4" w:rsidR="008D3814" w:rsidRDefault="00163AC6">
      <w:pPr>
        <w:spacing w:after="0"/>
      </w:pPr>
      <w:r>
        <w:rPr>
          <w:rFonts w:ascii="Arial" w:hAnsi="Arial"/>
        </w:rPr>
        <w:t>“</w:t>
      </w:r>
      <w:r w:rsidR="0EADE93E" w:rsidRPr="0EADE93E">
        <w:rPr>
          <w:rFonts w:ascii="Arial" w:hAnsi="Arial"/>
        </w:rPr>
        <w:t>Oh, so do you know we don't have a unit? There's a school around the corner</w:t>
      </w:r>
      <w:r>
        <w:rPr>
          <w:rFonts w:ascii="Arial" w:hAnsi="Arial"/>
        </w:rPr>
        <w:t>;</w:t>
      </w:r>
      <w:r w:rsidR="0EADE93E" w:rsidRPr="0EADE93E">
        <w:rPr>
          <w:rFonts w:ascii="Arial" w:hAnsi="Arial"/>
        </w:rPr>
        <w:t xml:space="preserve"> </w:t>
      </w:r>
      <w:r>
        <w:rPr>
          <w:rFonts w:ascii="Arial" w:hAnsi="Arial"/>
        </w:rPr>
        <w:t>t</w:t>
      </w:r>
      <w:r w:rsidR="0EADE93E" w:rsidRPr="0EADE93E">
        <w:rPr>
          <w:rFonts w:ascii="Arial" w:hAnsi="Arial"/>
        </w:rPr>
        <w:t>hey have a unit.</w:t>
      </w:r>
      <w:r>
        <w:rPr>
          <w:rFonts w:ascii="Arial" w:hAnsi="Arial"/>
        </w:rPr>
        <w:t>”</w:t>
      </w:r>
      <w:r w:rsidR="0EADE93E" w:rsidRPr="0EADE93E">
        <w:rPr>
          <w:rFonts w:ascii="Arial" w:hAnsi="Arial"/>
        </w:rPr>
        <w:t xml:space="preserve"> I'm like, </w:t>
      </w:r>
      <w:r>
        <w:rPr>
          <w:rFonts w:ascii="Arial" w:hAnsi="Arial"/>
        </w:rPr>
        <w:t>“N</w:t>
      </w:r>
      <w:r w:rsidR="0EADE93E" w:rsidRPr="0EADE93E">
        <w:rPr>
          <w:rFonts w:ascii="Arial" w:hAnsi="Arial"/>
        </w:rPr>
        <w:t xml:space="preserve">o, I wasn't calling about the </w:t>
      </w:r>
      <w:r w:rsidR="14606384" w:rsidRPr="0EADE93E">
        <w:rPr>
          <w:rFonts w:ascii="Arial" w:hAnsi="Arial"/>
        </w:rPr>
        <w:t xml:space="preserve">unit; </w:t>
      </w:r>
      <w:r w:rsidR="0EADE93E" w:rsidRPr="0EADE93E">
        <w:rPr>
          <w:rFonts w:ascii="Arial" w:hAnsi="Arial"/>
        </w:rPr>
        <w:t>I was calling about your school.</w:t>
      </w:r>
      <w:r>
        <w:rPr>
          <w:rFonts w:ascii="Arial" w:hAnsi="Arial"/>
        </w:rPr>
        <w:t>”</w:t>
      </w:r>
      <w:r w:rsidR="0EADE93E" w:rsidRPr="0EADE93E">
        <w:rPr>
          <w:rFonts w:ascii="Arial" w:hAnsi="Arial"/>
        </w:rPr>
        <w:t xml:space="preserve"> </w:t>
      </w:r>
      <w:r>
        <w:rPr>
          <w:rFonts w:ascii="Arial" w:hAnsi="Arial"/>
        </w:rPr>
        <w:t>“</w:t>
      </w:r>
      <w:r w:rsidR="0EADE93E" w:rsidRPr="0EADE93E">
        <w:rPr>
          <w:rFonts w:ascii="Arial" w:hAnsi="Arial"/>
        </w:rPr>
        <w:t>Oh, are you sure?</w:t>
      </w:r>
      <w:r>
        <w:rPr>
          <w:rFonts w:ascii="Arial" w:hAnsi="Arial"/>
        </w:rPr>
        <w:t>”</w:t>
      </w:r>
      <w:r w:rsidR="0EADE93E" w:rsidRPr="0EADE93E">
        <w:rPr>
          <w:rFonts w:ascii="Arial" w:hAnsi="Arial"/>
        </w:rPr>
        <w:t xml:space="preserve"> </w:t>
      </w:r>
      <w:r w:rsidR="00101AEA">
        <w:rPr>
          <w:rFonts w:ascii="Arial" w:hAnsi="Arial"/>
        </w:rPr>
        <w:t>“</w:t>
      </w:r>
      <w:r w:rsidR="0EADE93E" w:rsidRPr="0EADE93E">
        <w:rPr>
          <w:rFonts w:ascii="Arial" w:hAnsi="Arial"/>
        </w:rPr>
        <w:t>Never mind.</w:t>
      </w:r>
      <w:r w:rsidR="00101AEA">
        <w:rPr>
          <w:rFonts w:ascii="Arial" w:hAnsi="Arial"/>
        </w:rPr>
        <w:t>”</w:t>
      </w:r>
      <w:r w:rsidR="0EADE93E" w:rsidRPr="0EADE93E">
        <w:rPr>
          <w:rFonts w:ascii="Arial" w:hAnsi="Arial"/>
        </w:rPr>
        <w:t xml:space="preserve"> I said, </w:t>
      </w:r>
      <w:r w:rsidR="00101AEA">
        <w:rPr>
          <w:rFonts w:ascii="Arial" w:hAnsi="Arial"/>
        </w:rPr>
        <w:t>“</w:t>
      </w:r>
      <w:r w:rsidR="0EADE93E" w:rsidRPr="0EADE93E">
        <w:rPr>
          <w:rFonts w:ascii="Arial" w:hAnsi="Arial"/>
        </w:rPr>
        <w:t>I'll call another time.</w:t>
      </w:r>
      <w:r w:rsidR="00101AEA">
        <w:rPr>
          <w:rFonts w:ascii="Arial" w:hAnsi="Arial"/>
        </w:rPr>
        <w:t>”</w:t>
      </w:r>
      <w:r w:rsidR="0EADE93E" w:rsidRPr="0EADE93E">
        <w:rPr>
          <w:rFonts w:ascii="Arial" w:hAnsi="Arial"/>
        </w:rPr>
        <w:t xml:space="preserve"> And I remember at the time just thinking, </w:t>
      </w:r>
      <w:proofErr w:type="gramStart"/>
      <w:r w:rsidR="0EADE93E" w:rsidRPr="0EADE93E">
        <w:rPr>
          <w:rFonts w:ascii="Arial" w:hAnsi="Arial"/>
        </w:rPr>
        <w:t>Just</w:t>
      </w:r>
      <w:proofErr w:type="gramEnd"/>
      <w:r w:rsidR="0EADE93E" w:rsidRPr="0EADE93E">
        <w:rPr>
          <w:rFonts w:ascii="Arial" w:hAnsi="Arial"/>
        </w:rPr>
        <w:t xml:space="preserve"> don't even let it set in. Like, don't let the doubt or the fear set in. Just go. Just call them. Pick up the phone. Go again.</w:t>
      </w:r>
    </w:p>
    <w:p w14:paraId="4B99056E" w14:textId="77777777" w:rsidR="008D3814" w:rsidRDefault="008D3814">
      <w:pPr>
        <w:spacing w:after="0"/>
      </w:pPr>
    </w:p>
    <w:p w14:paraId="2B712528" w14:textId="5B2C77FE" w:rsidR="008D3814" w:rsidRDefault="0EADE93E">
      <w:pPr>
        <w:spacing w:after="0"/>
      </w:pPr>
      <w:r w:rsidRPr="0EADE93E">
        <w:rPr>
          <w:rFonts w:ascii="Arial" w:hAnsi="Arial"/>
          <w:b/>
          <w:bCs/>
        </w:rPr>
        <w:t xml:space="preserve">Carey Scheer </w:t>
      </w:r>
      <w:r w:rsidRPr="0EADE93E">
        <w:rPr>
          <w:rFonts w:ascii="Arial" w:hAnsi="Arial"/>
          <w:color w:val="5D7284"/>
        </w:rPr>
        <w:t>11:52</w:t>
      </w:r>
    </w:p>
    <w:p w14:paraId="454C6BC5" w14:textId="77777777" w:rsidR="008D3814" w:rsidRDefault="00000000">
      <w:pPr>
        <w:spacing w:after="0"/>
      </w:pPr>
      <w:r>
        <w:rPr>
          <w:rFonts w:ascii="Arial" w:hAnsi="Arial"/>
        </w:rPr>
        <w:t>She called a third school.</w:t>
      </w:r>
    </w:p>
    <w:p w14:paraId="1299C43A" w14:textId="77777777" w:rsidR="008D3814" w:rsidRDefault="008D3814">
      <w:pPr>
        <w:spacing w:after="0"/>
      </w:pPr>
    </w:p>
    <w:p w14:paraId="4D48F92A" w14:textId="26F37B55" w:rsidR="008D3814" w:rsidRDefault="6EBEBDE3" w:rsidP="0EADE93E">
      <w:pPr>
        <w:spacing w:after="0"/>
      </w:pPr>
      <w:r w:rsidRPr="0EADE93E">
        <w:rPr>
          <w:rFonts w:ascii="Arial" w:hAnsi="Arial"/>
          <w:b/>
          <w:bCs/>
        </w:rPr>
        <w:t>Michaela</w:t>
      </w:r>
      <w:r w:rsidR="0EADE93E" w:rsidRPr="0EADE93E">
        <w:rPr>
          <w:rFonts w:ascii="Arial" w:hAnsi="Arial"/>
          <w:b/>
          <w:bCs/>
        </w:rPr>
        <w:t xml:space="preserve"> </w:t>
      </w:r>
      <w:r w:rsidR="0EADE93E" w:rsidRPr="0EADE93E">
        <w:rPr>
          <w:rFonts w:ascii="Arial" w:hAnsi="Arial"/>
          <w:color w:val="5D7284"/>
        </w:rPr>
        <w:t>11:54</w:t>
      </w:r>
    </w:p>
    <w:p w14:paraId="2D82E3CA" w14:textId="732EB90B" w:rsidR="008D3814" w:rsidRDefault="0EADE93E" w:rsidP="0EADE93E">
      <w:pPr>
        <w:spacing w:after="0"/>
        <w:rPr>
          <w:rFonts w:ascii="Arial" w:hAnsi="Arial"/>
        </w:rPr>
      </w:pPr>
      <w:r w:rsidRPr="0EADE93E">
        <w:rPr>
          <w:rFonts w:ascii="Arial" w:hAnsi="Arial"/>
        </w:rPr>
        <w:t>Oh, I don't think I was breathing. I was so tense. And the woman on the phone said, "Sure, no problem. We'll make a time for you meet the principal.</w:t>
      </w:r>
      <w:r w:rsidR="009D576F">
        <w:rPr>
          <w:rFonts w:ascii="Arial" w:hAnsi="Arial"/>
        </w:rPr>
        <w:t>”</w:t>
      </w:r>
      <w:r w:rsidRPr="0EADE93E">
        <w:rPr>
          <w:rFonts w:ascii="Arial" w:hAnsi="Arial"/>
        </w:rPr>
        <w:t xml:space="preserve"> Oh, thank goodness! Okay, it's all going to be great. We're meeting the principal. This is how it should be. Great. So go into the principal's office. We sit down, and Harry comes over. He's standing next to me in his walker, and completely unprompted on his talker, he just says, "Nice to meet you.</w:t>
      </w:r>
      <w:r w:rsidR="00BE65A1">
        <w:rPr>
          <w:rFonts w:ascii="Arial" w:hAnsi="Arial"/>
        </w:rPr>
        <w:t>”</w:t>
      </w:r>
      <w:r w:rsidRPr="0EADE93E">
        <w:rPr>
          <w:rFonts w:ascii="Arial" w:hAnsi="Arial"/>
        </w:rPr>
        <w:t xml:space="preserve"> I was so proud of him in that moment. </w:t>
      </w:r>
      <w:proofErr w:type="gramStart"/>
      <w:r w:rsidRPr="0EADE93E">
        <w:rPr>
          <w:rFonts w:ascii="Arial" w:hAnsi="Arial"/>
        </w:rPr>
        <w:t>So</w:t>
      </w:r>
      <w:proofErr w:type="gramEnd"/>
      <w:r w:rsidRPr="0EADE93E">
        <w:rPr>
          <w:rFonts w:ascii="Arial" w:hAnsi="Arial"/>
        </w:rPr>
        <w:t xml:space="preserve"> I look over the principal because I am just overflowing with pride, and he sits back in his chair. He had an open book in front of him, that he closes, he crosses his arms, and he then proceeds to tell us how, in his 25 years of experience, he has found that children and parents of children with disabilities are so much happier at segregated schools. And would we like a tour of the school? </w:t>
      </w:r>
      <w:proofErr w:type="gramStart"/>
      <w:r w:rsidRPr="0EADE93E">
        <w:rPr>
          <w:rFonts w:ascii="Arial" w:hAnsi="Arial"/>
        </w:rPr>
        <w:t>So</w:t>
      </w:r>
      <w:proofErr w:type="gramEnd"/>
      <w:r w:rsidRPr="0EADE93E">
        <w:rPr>
          <w:rFonts w:ascii="Arial" w:hAnsi="Arial"/>
        </w:rPr>
        <w:t xml:space="preserve"> I said, "No, thanks. We'll go.</w:t>
      </w:r>
      <w:r w:rsidR="009E354E">
        <w:rPr>
          <w:rFonts w:ascii="Arial" w:hAnsi="Arial"/>
        </w:rPr>
        <w:t>”</w:t>
      </w:r>
      <w:r w:rsidRPr="0EADE93E">
        <w:rPr>
          <w:rFonts w:ascii="Arial" w:hAnsi="Arial"/>
        </w:rPr>
        <w:t xml:space="preserve"> I didn't want Harry to have to hear any more of that or be a part of that, and we left. I thought that this was a real option, and yet everyone and all my experiences now keep telling me that I'm wrong about this, and yet why do I feel so strongly that this is the right thing, and how do we make this happen, and not just force the school to wa</w:t>
      </w:r>
      <w:r w:rsidR="0F014F10" w:rsidRPr="0EADE93E">
        <w:rPr>
          <w:rFonts w:ascii="Arial" w:hAnsi="Arial"/>
        </w:rPr>
        <w:t xml:space="preserve">nt </w:t>
      </w:r>
      <w:r w:rsidRPr="0EADE93E">
        <w:rPr>
          <w:rFonts w:ascii="Arial" w:hAnsi="Arial"/>
        </w:rPr>
        <w:t>him? I want Harry to go to school where he is valued, where people know that Harry is funny and clever and social and cheeky, and not just the disabled kid who is too hard to deal with. Jamie said to me one evening, "So, shall we just call our local primary school?</w:t>
      </w:r>
      <w:r w:rsidR="79BAE429" w:rsidRPr="0EADE93E">
        <w:rPr>
          <w:rFonts w:ascii="Arial" w:hAnsi="Arial"/>
        </w:rPr>
        <w:t>”</w:t>
      </w:r>
      <w:r w:rsidRPr="0EADE93E">
        <w:rPr>
          <w:rFonts w:ascii="Arial" w:hAnsi="Arial"/>
        </w:rPr>
        <w:t xml:space="preserve"> And in all this like turmoil of calling schools and being rejected by this principal, I hadn't even called the school that we had bought our house so that our children could go to the school, so that we were in the zone, and I realize now that I was so terrified of being rejected by them that I completely avoided contacting them.</w:t>
      </w:r>
    </w:p>
    <w:p w14:paraId="4DDBEF00" w14:textId="77777777" w:rsidR="008D3814" w:rsidRDefault="008D3814">
      <w:pPr>
        <w:spacing w:after="0"/>
      </w:pPr>
    </w:p>
    <w:p w14:paraId="6E08B457" w14:textId="5A101A2E" w:rsidR="008D3814" w:rsidRDefault="0EADE93E">
      <w:pPr>
        <w:spacing w:after="0"/>
      </w:pPr>
      <w:r w:rsidRPr="0EADE93E">
        <w:rPr>
          <w:rFonts w:ascii="Arial" w:hAnsi="Arial"/>
          <w:b/>
          <w:bCs/>
        </w:rPr>
        <w:t xml:space="preserve">Carey Scheer </w:t>
      </w:r>
      <w:r w:rsidRPr="0EADE93E">
        <w:rPr>
          <w:rFonts w:ascii="Arial" w:hAnsi="Arial"/>
          <w:color w:val="5D7284"/>
        </w:rPr>
        <w:t>14:32</w:t>
      </w:r>
    </w:p>
    <w:p w14:paraId="7C620CAF" w14:textId="77777777" w:rsidR="008D3814" w:rsidRDefault="00000000">
      <w:pPr>
        <w:spacing w:after="0"/>
      </w:pPr>
      <w:r>
        <w:rPr>
          <w:rFonts w:ascii="Arial" w:hAnsi="Arial"/>
        </w:rPr>
        <w:t>This really was Michaela's dream, and if Harry was rejected here, what was that saying?</w:t>
      </w:r>
    </w:p>
    <w:p w14:paraId="09B467C7" w14:textId="1E7E9FDF" w:rsidR="008D3814" w:rsidRDefault="1C60CE78" w:rsidP="0EADE93E">
      <w:pPr>
        <w:spacing w:after="0"/>
      </w:pPr>
      <w:r w:rsidRPr="0EADE93E">
        <w:rPr>
          <w:rFonts w:ascii="Arial" w:hAnsi="Arial"/>
          <w:b/>
          <w:bCs/>
        </w:rPr>
        <w:lastRenderedPageBreak/>
        <w:t>Michaela</w:t>
      </w:r>
      <w:r w:rsidR="0EADE93E" w:rsidRPr="0EADE93E">
        <w:rPr>
          <w:rFonts w:ascii="Arial" w:hAnsi="Arial"/>
          <w:b/>
          <w:bCs/>
        </w:rPr>
        <w:t xml:space="preserve"> </w:t>
      </w:r>
      <w:r w:rsidR="0EADE93E" w:rsidRPr="0EADE93E">
        <w:rPr>
          <w:rFonts w:ascii="Arial" w:hAnsi="Arial"/>
          <w:color w:val="5D7284"/>
        </w:rPr>
        <w:t>14:38</w:t>
      </w:r>
    </w:p>
    <w:p w14:paraId="05C858DE" w14:textId="4D92BEDD" w:rsidR="008D3814" w:rsidRDefault="00000000">
      <w:pPr>
        <w:spacing w:after="0"/>
      </w:pPr>
      <w:r>
        <w:rPr>
          <w:rFonts w:ascii="Arial" w:hAnsi="Arial"/>
        </w:rPr>
        <w:t>What is the message to every other little kid in our neighborhood</w:t>
      </w:r>
      <w:r w:rsidR="00B120A3">
        <w:rPr>
          <w:rFonts w:ascii="Arial" w:hAnsi="Arial"/>
        </w:rPr>
        <w:t>?</w:t>
      </w:r>
      <w:r>
        <w:rPr>
          <w:rFonts w:ascii="Arial" w:hAnsi="Arial"/>
        </w:rPr>
        <w:t xml:space="preserve"> </w:t>
      </w:r>
      <w:r w:rsidR="00B120A3">
        <w:rPr>
          <w:rFonts w:ascii="Arial" w:hAnsi="Arial"/>
        </w:rPr>
        <w:t>T</w:t>
      </w:r>
      <w:r>
        <w:rPr>
          <w:rFonts w:ascii="Arial" w:hAnsi="Arial"/>
        </w:rPr>
        <w:t>hey get to go to our local school, but Harry does not belong there because of his disability, and I simply don't believe that.</w:t>
      </w:r>
    </w:p>
    <w:p w14:paraId="3CF2D8B6" w14:textId="77777777" w:rsidR="008D3814" w:rsidRDefault="008D3814">
      <w:pPr>
        <w:spacing w:after="0"/>
      </w:pPr>
    </w:p>
    <w:p w14:paraId="40CCA504" w14:textId="622A4A17" w:rsidR="008D3814" w:rsidRDefault="0EADE93E">
      <w:pPr>
        <w:spacing w:after="0"/>
      </w:pPr>
      <w:r w:rsidRPr="0EADE93E">
        <w:rPr>
          <w:rFonts w:ascii="Arial" w:hAnsi="Arial"/>
          <w:b/>
          <w:bCs/>
        </w:rPr>
        <w:t xml:space="preserve">Carey Scheer </w:t>
      </w:r>
      <w:r w:rsidRPr="0EADE93E">
        <w:rPr>
          <w:rFonts w:ascii="Arial" w:hAnsi="Arial"/>
          <w:color w:val="5D7284"/>
        </w:rPr>
        <w:t>14:52</w:t>
      </w:r>
    </w:p>
    <w:p w14:paraId="04EEA619" w14:textId="77777777" w:rsidR="008D3814" w:rsidRDefault="00000000">
      <w:pPr>
        <w:spacing w:after="0"/>
      </w:pPr>
      <w:r>
        <w:rPr>
          <w:rFonts w:ascii="Arial" w:hAnsi="Arial"/>
        </w:rPr>
        <w:t>Michaela parked her fear and rang the local school, and they invited her in to meet the principal.</w:t>
      </w:r>
    </w:p>
    <w:p w14:paraId="0FB78278" w14:textId="77777777" w:rsidR="008D3814" w:rsidRDefault="008D3814">
      <w:pPr>
        <w:spacing w:after="0"/>
      </w:pPr>
    </w:p>
    <w:p w14:paraId="04F80740" w14:textId="76496FFC" w:rsidR="008D3814" w:rsidRDefault="52CE2AF4" w:rsidP="0EADE93E">
      <w:pPr>
        <w:spacing w:after="0"/>
      </w:pPr>
      <w:r w:rsidRPr="0EADE93E">
        <w:rPr>
          <w:rFonts w:ascii="Arial" w:hAnsi="Arial"/>
          <w:b/>
          <w:bCs/>
        </w:rPr>
        <w:t>Michaela</w:t>
      </w:r>
      <w:r w:rsidR="0EADE93E" w:rsidRPr="0EADE93E">
        <w:rPr>
          <w:rFonts w:ascii="Arial" w:hAnsi="Arial"/>
          <w:b/>
          <w:bCs/>
        </w:rPr>
        <w:t xml:space="preserve"> </w:t>
      </w:r>
      <w:r w:rsidR="0EADE93E" w:rsidRPr="0EADE93E">
        <w:rPr>
          <w:rFonts w:ascii="Arial" w:hAnsi="Arial"/>
          <w:color w:val="5D7284"/>
        </w:rPr>
        <w:t>15:00</w:t>
      </w:r>
    </w:p>
    <w:p w14:paraId="55D6D2D6" w14:textId="4B36DC07" w:rsidR="008D3814" w:rsidRDefault="0EADE93E">
      <w:pPr>
        <w:spacing w:after="0"/>
      </w:pPr>
      <w:r w:rsidRPr="0EADE93E">
        <w:rPr>
          <w:rFonts w:ascii="Arial" w:hAnsi="Arial"/>
        </w:rPr>
        <w:t>I remember not feeling as excited as I had previously because</w:t>
      </w:r>
      <w:r w:rsidR="00BC1620">
        <w:rPr>
          <w:rFonts w:ascii="Arial" w:hAnsi="Arial"/>
        </w:rPr>
        <w:t>,</w:t>
      </w:r>
      <w:r w:rsidRPr="0EADE93E">
        <w:rPr>
          <w:rFonts w:ascii="Arial" w:hAnsi="Arial"/>
        </w:rPr>
        <w:t xml:space="preserve"> you know what, I'd been there before. We'd still been rejected afterwards. I just was not going to get my hopes up. </w:t>
      </w:r>
      <w:proofErr w:type="gramStart"/>
      <w:r w:rsidRPr="0EADE93E">
        <w:rPr>
          <w:rFonts w:ascii="Arial" w:hAnsi="Arial"/>
        </w:rPr>
        <w:t>So</w:t>
      </w:r>
      <w:proofErr w:type="gramEnd"/>
      <w:r w:rsidRPr="0EADE93E">
        <w:rPr>
          <w:rFonts w:ascii="Arial" w:hAnsi="Arial"/>
        </w:rPr>
        <w:t xml:space="preserve"> the day comes, Jamie, Harry, and I go in to meet her. She spoke directly to Harry, and you know at this time Harry didn't have his amazing little </w:t>
      </w:r>
      <w:r w:rsidR="1BB37678" w:rsidRPr="0EADE93E">
        <w:rPr>
          <w:rFonts w:ascii="Arial" w:hAnsi="Arial"/>
        </w:rPr>
        <w:t>n</w:t>
      </w:r>
      <w:r w:rsidRPr="0EADE93E">
        <w:rPr>
          <w:rFonts w:ascii="Arial" w:hAnsi="Arial"/>
        </w:rPr>
        <w:t xml:space="preserve">ice to meet </w:t>
      </w:r>
      <w:proofErr w:type="gramStart"/>
      <w:r w:rsidRPr="0EADE93E">
        <w:rPr>
          <w:rFonts w:ascii="Arial" w:hAnsi="Arial"/>
        </w:rPr>
        <w:t>you</w:t>
      </w:r>
      <w:proofErr w:type="gramEnd"/>
      <w:r w:rsidRPr="0EADE93E">
        <w:rPr>
          <w:rFonts w:ascii="Arial" w:hAnsi="Arial"/>
        </w:rPr>
        <w:t xml:space="preserve"> moment, but it didn't matter. She was just happy to have us </w:t>
      </w:r>
      <w:r w:rsidR="0071227D" w:rsidRPr="0EADE93E">
        <w:rPr>
          <w:rFonts w:ascii="Arial" w:hAnsi="Arial"/>
        </w:rPr>
        <w:t>there and</w:t>
      </w:r>
      <w:r w:rsidRPr="0EADE93E">
        <w:rPr>
          <w:rFonts w:ascii="Arial" w:hAnsi="Arial"/>
        </w:rPr>
        <w:t xml:space="preserve"> said that they would love to have Harry at their school. They hadn't had a student quite like Harry before, but she believes in good communication, and she'd be willing to work with us and to build a strong relationship. And we would make sure that Harry has a great schooling experience. And I remember all through it just trying to be cool and just stay really calm, and then we said goodbye to her, and we walked out to the parking lot, and I just</w:t>
      </w:r>
      <w:r w:rsidR="001F4971">
        <w:rPr>
          <w:rFonts w:ascii="Arial" w:hAnsi="Arial"/>
        </w:rPr>
        <w:t>-</w:t>
      </w:r>
      <w:r w:rsidRPr="0EADE93E">
        <w:rPr>
          <w:rFonts w:ascii="Arial" w:hAnsi="Arial"/>
        </w:rPr>
        <w:t xml:space="preserve"> I just burst into tears.</w:t>
      </w:r>
    </w:p>
    <w:p w14:paraId="1FC39945" w14:textId="77777777" w:rsidR="008D3814" w:rsidRDefault="008D3814">
      <w:pPr>
        <w:spacing w:after="0"/>
      </w:pPr>
    </w:p>
    <w:p w14:paraId="67F4A738" w14:textId="4847AAE0" w:rsidR="008D3814" w:rsidRDefault="0EADE93E">
      <w:pPr>
        <w:spacing w:after="0"/>
      </w:pPr>
      <w:r w:rsidRPr="0EADE93E">
        <w:rPr>
          <w:rFonts w:ascii="Arial" w:hAnsi="Arial"/>
          <w:b/>
          <w:bCs/>
        </w:rPr>
        <w:t xml:space="preserve">Carey Scheer </w:t>
      </w:r>
      <w:r w:rsidRPr="0EADE93E">
        <w:rPr>
          <w:rFonts w:ascii="Arial" w:hAnsi="Arial"/>
          <w:color w:val="5D7284"/>
        </w:rPr>
        <w:t>16:14</w:t>
      </w:r>
    </w:p>
    <w:p w14:paraId="3A93DE14" w14:textId="575737DA" w:rsidR="008D3814" w:rsidRDefault="0EADE93E">
      <w:pPr>
        <w:spacing w:after="0"/>
      </w:pPr>
      <w:r w:rsidRPr="0EADE93E">
        <w:rPr>
          <w:rFonts w:ascii="Arial" w:hAnsi="Arial"/>
        </w:rPr>
        <w:t>That was six years ago. Harry is now 12, and in his final year of primary school</w:t>
      </w:r>
      <w:r w:rsidR="25490ACB" w:rsidRPr="0EADE93E">
        <w:rPr>
          <w:rFonts w:ascii="Arial" w:hAnsi="Arial"/>
        </w:rPr>
        <w:t>.</w:t>
      </w:r>
    </w:p>
    <w:p w14:paraId="7256FCF1" w14:textId="599EC75E" w:rsidR="008D3814" w:rsidRDefault="008D3814" w:rsidP="0EADE93E">
      <w:pPr>
        <w:spacing w:after="0"/>
        <w:rPr>
          <w:rFonts w:ascii="Arial" w:hAnsi="Arial"/>
        </w:rPr>
      </w:pPr>
    </w:p>
    <w:p w14:paraId="3746B47E" w14:textId="0C5445C4" w:rsidR="008D3814" w:rsidRDefault="0EADE93E">
      <w:pPr>
        <w:spacing w:after="0"/>
      </w:pPr>
      <w:r w:rsidRPr="0EADE93E">
        <w:rPr>
          <w:rFonts w:ascii="Arial" w:hAnsi="Arial"/>
        </w:rPr>
        <w:t>Harry. Do you like school?</w:t>
      </w:r>
    </w:p>
    <w:p w14:paraId="0562CB0E" w14:textId="77777777" w:rsidR="008D3814" w:rsidRDefault="008D3814">
      <w:pPr>
        <w:spacing w:after="0"/>
      </w:pPr>
    </w:p>
    <w:p w14:paraId="4D562CBA" w14:textId="6E215F87" w:rsidR="008D3814" w:rsidRDefault="5B56898B">
      <w:pPr>
        <w:spacing w:after="0"/>
      </w:pPr>
      <w:r w:rsidRPr="0EADE93E">
        <w:rPr>
          <w:rFonts w:ascii="Arial" w:hAnsi="Arial"/>
          <w:b/>
          <w:bCs/>
        </w:rPr>
        <w:t>Harry</w:t>
      </w:r>
      <w:r w:rsidR="0EADE93E" w:rsidRPr="0EADE93E">
        <w:rPr>
          <w:rFonts w:ascii="Arial" w:hAnsi="Arial"/>
          <w:b/>
          <w:bCs/>
        </w:rPr>
        <w:t xml:space="preserve"> </w:t>
      </w:r>
      <w:r w:rsidR="0EADE93E" w:rsidRPr="0EADE93E">
        <w:rPr>
          <w:rFonts w:ascii="Arial" w:hAnsi="Arial"/>
          <w:color w:val="5D7284"/>
        </w:rPr>
        <w:t>16:24</w:t>
      </w:r>
    </w:p>
    <w:p w14:paraId="6D5E526D" w14:textId="77777777" w:rsidR="008D3814" w:rsidRDefault="00000000">
      <w:pPr>
        <w:spacing w:after="0"/>
      </w:pPr>
      <w:r>
        <w:rPr>
          <w:rFonts w:ascii="Arial" w:hAnsi="Arial"/>
        </w:rPr>
        <w:t>I like going to school. My favorite part of school is seeing my friends. They make me happy.</w:t>
      </w:r>
    </w:p>
    <w:p w14:paraId="34CE0A41" w14:textId="77777777" w:rsidR="008D3814" w:rsidRDefault="008D3814">
      <w:pPr>
        <w:spacing w:after="0"/>
      </w:pPr>
    </w:p>
    <w:p w14:paraId="45C90DA6" w14:textId="0B12C812" w:rsidR="008D3814" w:rsidRDefault="0EADE93E">
      <w:pPr>
        <w:spacing w:after="0"/>
      </w:pPr>
      <w:r w:rsidRPr="0EADE93E">
        <w:rPr>
          <w:rFonts w:ascii="Arial" w:hAnsi="Arial"/>
          <w:b/>
          <w:bCs/>
        </w:rPr>
        <w:t xml:space="preserve">Carey Scheer </w:t>
      </w:r>
      <w:r w:rsidRPr="0EADE93E">
        <w:rPr>
          <w:rFonts w:ascii="Arial" w:hAnsi="Arial"/>
          <w:color w:val="5D7284"/>
        </w:rPr>
        <w:t>16:31</w:t>
      </w:r>
    </w:p>
    <w:p w14:paraId="30AA363A" w14:textId="6B0BC7D1" w:rsidR="008D3814" w:rsidRDefault="0EADE93E">
      <w:pPr>
        <w:spacing w:after="0"/>
      </w:pPr>
      <w:r w:rsidRPr="0EADE93E">
        <w:rPr>
          <w:rFonts w:ascii="Arial" w:hAnsi="Arial"/>
        </w:rPr>
        <w:t>You're about to go to high school soon. Do you have any fear about going to high school?</w:t>
      </w:r>
    </w:p>
    <w:p w14:paraId="62EBF3C5" w14:textId="77777777" w:rsidR="008D3814" w:rsidRDefault="008D3814">
      <w:pPr>
        <w:spacing w:after="0"/>
      </w:pPr>
    </w:p>
    <w:p w14:paraId="2C924BA7" w14:textId="7EF7E876" w:rsidR="008D3814" w:rsidRDefault="0FFAA7D8">
      <w:pPr>
        <w:spacing w:after="0"/>
      </w:pPr>
      <w:r w:rsidRPr="0EADE93E">
        <w:rPr>
          <w:rFonts w:ascii="Arial" w:hAnsi="Arial"/>
          <w:b/>
          <w:bCs/>
        </w:rPr>
        <w:t>Harry</w:t>
      </w:r>
      <w:r w:rsidR="0EADE93E" w:rsidRPr="0EADE93E">
        <w:rPr>
          <w:rFonts w:ascii="Arial" w:hAnsi="Arial"/>
          <w:b/>
          <w:bCs/>
        </w:rPr>
        <w:t xml:space="preserve"> </w:t>
      </w:r>
      <w:r w:rsidR="0EADE93E" w:rsidRPr="0EADE93E">
        <w:rPr>
          <w:rFonts w:ascii="Arial" w:hAnsi="Arial"/>
          <w:color w:val="5D7284"/>
        </w:rPr>
        <w:t>16:39</w:t>
      </w:r>
    </w:p>
    <w:p w14:paraId="48691B81" w14:textId="6EC274F4" w:rsidR="008D3814" w:rsidRDefault="5D1660F1">
      <w:pPr>
        <w:spacing w:after="0"/>
      </w:pPr>
      <w:r w:rsidRPr="0EADE93E">
        <w:rPr>
          <w:rFonts w:ascii="Arial" w:hAnsi="Arial"/>
        </w:rPr>
        <w:t xml:space="preserve">Yeah. </w:t>
      </w:r>
      <w:r w:rsidR="0EADE93E" w:rsidRPr="0EADE93E">
        <w:rPr>
          <w:rFonts w:ascii="Arial" w:hAnsi="Arial"/>
        </w:rPr>
        <w:t>What are the teachers going to be l</w:t>
      </w:r>
      <w:r w:rsidR="2B484146" w:rsidRPr="0EADE93E">
        <w:rPr>
          <w:rFonts w:ascii="Arial" w:hAnsi="Arial"/>
        </w:rPr>
        <w:t>ike</w:t>
      </w:r>
      <w:r w:rsidR="0EADE93E" w:rsidRPr="0EADE93E">
        <w:rPr>
          <w:rFonts w:ascii="Arial" w:hAnsi="Arial"/>
        </w:rPr>
        <w:t>. I hope they listen to me.</w:t>
      </w:r>
    </w:p>
    <w:p w14:paraId="6D98A12B" w14:textId="77777777" w:rsidR="008D3814" w:rsidRDefault="008D3814">
      <w:pPr>
        <w:spacing w:after="0"/>
      </w:pPr>
    </w:p>
    <w:p w14:paraId="31E49A49" w14:textId="49F75A28" w:rsidR="008D3814" w:rsidRDefault="0EADE93E">
      <w:pPr>
        <w:spacing w:after="0"/>
      </w:pPr>
      <w:r w:rsidRPr="0EADE93E">
        <w:rPr>
          <w:rFonts w:ascii="Arial" w:hAnsi="Arial"/>
          <w:b/>
          <w:bCs/>
        </w:rPr>
        <w:t xml:space="preserve">Carey Scheer </w:t>
      </w:r>
      <w:r w:rsidRPr="0EADE93E">
        <w:rPr>
          <w:rFonts w:ascii="Arial" w:hAnsi="Arial"/>
          <w:color w:val="5D7284"/>
        </w:rPr>
        <w:t>16:44</w:t>
      </w:r>
    </w:p>
    <w:p w14:paraId="433E4E8F" w14:textId="56124329" w:rsidR="008D3814" w:rsidRDefault="0EADE93E">
      <w:pPr>
        <w:spacing w:after="0"/>
      </w:pPr>
      <w:r w:rsidRPr="0EADE93E">
        <w:rPr>
          <w:rFonts w:ascii="Arial" w:hAnsi="Arial"/>
        </w:rPr>
        <w:t xml:space="preserve">Harry communicates in a variety of ways. The answers you just heard were on Harry's iPad talker. He pre-prepared all those answers himself. It takes him a little time to type them out, so he asked for the questions ahead of time. He uses the iPad when he wants to communicate complex thoughts, and he also uses it with pre-programmed phrases and questions that he says regularly. He tends to use his pod book for more in-the-moment, spontaneous conversation. </w:t>
      </w:r>
      <w:proofErr w:type="gramStart"/>
      <w:r w:rsidRPr="0EADE93E">
        <w:rPr>
          <w:rFonts w:ascii="Arial" w:hAnsi="Arial"/>
        </w:rPr>
        <w:t>So</w:t>
      </w:r>
      <w:proofErr w:type="gramEnd"/>
      <w:r w:rsidRPr="0EADE93E">
        <w:rPr>
          <w:rFonts w:ascii="Arial" w:hAnsi="Arial"/>
        </w:rPr>
        <w:t xml:space="preserve"> I asked him to show me how that works. Being a curious kid, he signed back in response. If you show me how that pointing to my audio recorder works.</w:t>
      </w:r>
    </w:p>
    <w:p w14:paraId="1D3F6A09" w14:textId="1791DD56" w:rsidR="008D3814" w:rsidRDefault="008D3814" w:rsidP="0EADE93E">
      <w:pPr>
        <w:spacing w:after="0"/>
        <w:rPr>
          <w:rFonts w:ascii="Arial" w:hAnsi="Arial"/>
        </w:rPr>
      </w:pPr>
    </w:p>
    <w:p w14:paraId="66FA3897" w14:textId="4B1404A1" w:rsidR="008D3814" w:rsidRDefault="7A204BB0">
      <w:pPr>
        <w:spacing w:after="0"/>
      </w:pPr>
      <w:r w:rsidRPr="0EADE93E">
        <w:rPr>
          <w:rFonts w:ascii="Arial" w:hAnsi="Arial"/>
        </w:rPr>
        <w:t xml:space="preserve">Here. </w:t>
      </w:r>
      <w:r w:rsidR="0EADE93E" w:rsidRPr="0EADE93E">
        <w:rPr>
          <w:rFonts w:ascii="Arial" w:hAnsi="Arial"/>
        </w:rPr>
        <w:t>Do you want to hear? I'll put the head headphones on you. It just records the audio. It captures your voice in here.</w:t>
      </w:r>
    </w:p>
    <w:p w14:paraId="77057F74" w14:textId="77777777" w:rsidR="003C77C1" w:rsidRDefault="003C77C1">
      <w:pPr>
        <w:spacing w:after="0"/>
      </w:pPr>
    </w:p>
    <w:p w14:paraId="1143ACA9" w14:textId="72E930E4" w:rsidR="008D3814" w:rsidRDefault="3CE42F5B">
      <w:pPr>
        <w:spacing w:after="0"/>
      </w:pPr>
      <w:r w:rsidRPr="0EADE93E">
        <w:rPr>
          <w:rFonts w:ascii="Arial" w:hAnsi="Arial"/>
          <w:b/>
          <w:bCs/>
        </w:rPr>
        <w:lastRenderedPageBreak/>
        <w:t>Harry</w:t>
      </w:r>
      <w:r w:rsidR="0EADE93E" w:rsidRPr="0EADE93E">
        <w:rPr>
          <w:rFonts w:ascii="Arial" w:hAnsi="Arial"/>
          <w:b/>
          <w:bCs/>
        </w:rPr>
        <w:t xml:space="preserve"> </w:t>
      </w:r>
      <w:r w:rsidR="0EADE93E" w:rsidRPr="0EADE93E">
        <w:rPr>
          <w:rFonts w:ascii="Arial" w:hAnsi="Arial"/>
          <w:color w:val="5D7284"/>
        </w:rPr>
        <w:t>17:40</w:t>
      </w:r>
    </w:p>
    <w:p w14:paraId="6A176A6C" w14:textId="77777777" w:rsidR="008D3814" w:rsidRDefault="00000000">
      <w:pPr>
        <w:spacing w:after="0"/>
      </w:pPr>
      <w:r>
        <w:rPr>
          <w:rFonts w:ascii="Arial" w:hAnsi="Arial"/>
        </w:rPr>
        <w:t>Yeah.</w:t>
      </w:r>
    </w:p>
    <w:p w14:paraId="5997CC1D" w14:textId="77777777" w:rsidR="008D3814" w:rsidRDefault="008D3814">
      <w:pPr>
        <w:spacing w:after="0"/>
      </w:pPr>
    </w:p>
    <w:p w14:paraId="478E3ED9" w14:textId="0D69D1C2" w:rsidR="008D3814" w:rsidRDefault="0EADE93E">
      <w:pPr>
        <w:spacing w:after="0"/>
      </w:pPr>
      <w:r w:rsidRPr="0EADE93E">
        <w:rPr>
          <w:rFonts w:ascii="Arial" w:hAnsi="Arial"/>
          <w:b/>
          <w:bCs/>
        </w:rPr>
        <w:t xml:space="preserve">Carey Scheer </w:t>
      </w:r>
      <w:r w:rsidRPr="0EADE93E">
        <w:rPr>
          <w:rFonts w:ascii="Arial" w:hAnsi="Arial"/>
          <w:color w:val="5D7284"/>
        </w:rPr>
        <w:t>17:41</w:t>
      </w:r>
    </w:p>
    <w:p w14:paraId="7C4254C6" w14:textId="77777777" w:rsidR="008D3814" w:rsidRDefault="00000000">
      <w:pPr>
        <w:spacing w:after="0"/>
      </w:pPr>
      <w:r>
        <w:rPr>
          <w:rFonts w:ascii="Arial" w:hAnsi="Arial"/>
        </w:rPr>
        <w:t>Okay, show me how this works.</w:t>
      </w:r>
    </w:p>
    <w:p w14:paraId="110FFD37" w14:textId="77777777" w:rsidR="008D3814" w:rsidRDefault="008D3814">
      <w:pPr>
        <w:spacing w:after="0"/>
      </w:pPr>
    </w:p>
    <w:p w14:paraId="7B17BF81" w14:textId="59366F7E" w:rsidR="008D3814" w:rsidRDefault="145DB730">
      <w:pPr>
        <w:spacing w:after="0"/>
      </w:pPr>
      <w:r w:rsidRPr="0EADE93E">
        <w:rPr>
          <w:rFonts w:ascii="Arial" w:hAnsi="Arial"/>
          <w:b/>
          <w:bCs/>
        </w:rPr>
        <w:t>Harry</w:t>
      </w:r>
      <w:r w:rsidR="0EADE93E" w:rsidRPr="0EADE93E">
        <w:rPr>
          <w:rFonts w:ascii="Arial" w:hAnsi="Arial"/>
          <w:b/>
          <w:bCs/>
        </w:rPr>
        <w:t xml:space="preserve"> </w:t>
      </w:r>
      <w:r w:rsidR="0EADE93E" w:rsidRPr="0EADE93E">
        <w:rPr>
          <w:rFonts w:ascii="Arial" w:hAnsi="Arial"/>
          <w:color w:val="5D7284"/>
        </w:rPr>
        <w:t>17:43</w:t>
      </w:r>
    </w:p>
    <w:p w14:paraId="658E3943" w14:textId="77777777" w:rsidR="008D3814" w:rsidRDefault="00000000">
      <w:pPr>
        <w:spacing w:after="0"/>
      </w:pPr>
      <w:r>
        <w:rPr>
          <w:rFonts w:ascii="Arial" w:hAnsi="Arial"/>
        </w:rPr>
        <w:t>Let's do that.</w:t>
      </w:r>
    </w:p>
    <w:p w14:paraId="6B699379" w14:textId="77777777" w:rsidR="008D3814" w:rsidRDefault="008D3814">
      <w:pPr>
        <w:spacing w:after="0"/>
      </w:pPr>
    </w:p>
    <w:p w14:paraId="11DCC6FE" w14:textId="0F6DD7FE" w:rsidR="008D3814" w:rsidRDefault="0EADE93E">
      <w:pPr>
        <w:spacing w:after="0"/>
      </w:pPr>
      <w:r w:rsidRPr="0EADE93E">
        <w:rPr>
          <w:rFonts w:ascii="Arial" w:hAnsi="Arial"/>
          <w:b/>
          <w:bCs/>
        </w:rPr>
        <w:t xml:space="preserve">Carey Scheer </w:t>
      </w:r>
      <w:r w:rsidRPr="0EADE93E">
        <w:rPr>
          <w:rFonts w:ascii="Arial" w:hAnsi="Arial"/>
          <w:color w:val="5D7284"/>
        </w:rPr>
        <w:t>17:44</w:t>
      </w:r>
    </w:p>
    <w:p w14:paraId="71351B52" w14:textId="4B5D3CC6" w:rsidR="008D3814" w:rsidRDefault="5C6AD87C">
      <w:pPr>
        <w:spacing w:after="0"/>
      </w:pPr>
      <w:r w:rsidRPr="0EADE93E">
        <w:rPr>
          <w:rFonts w:ascii="Arial" w:hAnsi="Arial"/>
        </w:rPr>
        <w:t xml:space="preserve">Harry </w:t>
      </w:r>
      <w:r w:rsidR="0EADE93E" w:rsidRPr="0EADE93E">
        <w:rPr>
          <w:rFonts w:ascii="Arial" w:hAnsi="Arial"/>
        </w:rPr>
        <w:t xml:space="preserve">flips through his pod book until he gets to okay </w:t>
      </w:r>
      <w:proofErr w:type="gramStart"/>
      <w:r w:rsidR="0EADE93E" w:rsidRPr="0EADE93E">
        <w:rPr>
          <w:rFonts w:ascii="Arial" w:hAnsi="Arial"/>
        </w:rPr>
        <w:t>Google, and</w:t>
      </w:r>
      <w:proofErr w:type="gramEnd"/>
      <w:r w:rsidR="0EADE93E" w:rsidRPr="0EADE93E">
        <w:rPr>
          <w:rFonts w:ascii="Arial" w:hAnsi="Arial"/>
        </w:rPr>
        <w:t xml:space="preserve"> then motions to his </w:t>
      </w:r>
      <w:r w:rsidR="008D5FB8">
        <w:rPr>
          <w:rFonts w:ascii="Arial" w:hAnsi="Arial"/>
        </w:rPr>
        <w:t>mum</w:t>
      </w:r>
      <w:r w:rsidR="0EADE93E" w:rsidRPr="0EADE93E">
        <w:rPr>
          <w:rFonts w:ascii="Arial" w:hAnsi="Arial"/>
        </w:rPr>
        <w:t>.</w:t>
      </w:r>
    </w:p>
    <w:p w14:paraId="3FE9F23F" w14:textId="77777777" w:rsidR="008D3814" w:rsidRDefault="008D3814">
      <w:pPr>
        <w:spacing w:after="0"/>
      </w:pPr>
    </w:p>
    <w:p w14:paraId="4C38EA18" w14:textId="40D30389" w:rsidR="008D3814" w:rsidRDefault="60C583F1" w:rsidP="0EADE93E">
      <w:pPr>
        <w:spacing w:after="0"/>
      </w:pPr>
      <w:r w:rsidRPr="0EADE93E">
        <w:rPr>
          <w:rFonts w:ascii="Arial" w:hAnsi="Arial"/>
          <w:b/>
          <w:bCs/>
        </w:rPr>
        <w:t>Michaela</w:t>
      </w:r>
      <w:r w:rsidR="0EADE93E" w:rsidRPr="0EADE93E">
        <w:rPr>
          <w:rFonts w:ascii="Arial" w:hAnsi="Arial"/>
          <w:b/>
          <w:bCs/>
        </w:rPr>
        <w:t xml:space="preserve"> </w:t>
      </w:r>
      <w:r w:rsidR="0EADE93E" w:rsidRPr="0EADE93E">
        <w:rPr>
          <w:rFonts w:ascii="Arial" w:hAnsi="Arial"/>
          <w:color w:val="5D7284"/>
        </w:rPr>
        <w:t>17:51</w:t>
      </w:r>
    </w:p>
    <w:p w14:paraId="11133BD2" w14:textId="2BF02B70" w:rsidR="008D3814" w:rsidRDefault="00000000">
      <w:pPr>
        <w:spacing w:after="0"/>
      </w:pPr>
      <w:r>
        <w:rPr>
          <w:rFonts w:ascii="Arial" w:hAnsi="Arial"/>
        </w:rPr>
        <w:t>Oh, okay, Google</w:t>
      </w:r>
      <w:r w:rsidR="003F32A8">
        <w:rPr>
          <w:rFonts w:ascii="Arial" w:hAnsi="Arial"/>
        </w:rPr>
        <w:t>?</w:t>
      </w:r>
    </w:p>
    <w:p w14:paraId="1F72F646" w14:textId="77777777" w:rsidR="008D3814" w:rsidRDefault="008D3814">
      <w:pPr>
        <w:spacing w:after="0"/>
      </w:pPr>
    </w:p>
    <w:p w14:paraId="25DD86E7" w14:textId="1ADA9C50" w:rsidR="008D3814" w:rsidRDefault="2B25EF23">
      <w:pPr>
        <w:spacing w:after="0"/>
      </w:pPr>
      <w:r w:rsidRPr="0EADE93E">
        <w:rPr>
          <w:rFonts w:ascii="Arial" w:hAnsi="Arial"/>
          <w:b/>
          <w:bCs/>
        </w:rPr>
        <w:t>Harry</w:t>
      </w:r>
      <w:r w:rsidR="0EADE93E" w:rsidRPr="0EADE93E">
        <w:rPr>
          <w:rFonts w:ascii="Arial" w:hAnsi="Arial"/>
          <w:b/>
          <w:bCs/>
        </w:rPr>
        <w:t xml:space="preserve"> </w:t>
      </w:r>
      <w:r w:rsidR="0EADE93E" w:rsidRPr="0EADE93E">
        <w:rPr>
          <w:rFonts w:ascii="Arial" w:hAnsi="Arial"/>
          <w:color w:val="5D7284"/>
        </w:rPr>
        <w:t>17:53</w:t>
      </w:r>
    </w:p>
    <w:p w14:paraId="04CBB7C9" w14:textId="77777777" w:rsidR="008D3814" w:rsidRDefault="00000000">
      <w:pPr>
        <w:spacing w:after="0"/>
      </w:pPr>
      <w:r>
        <w:rPr>
          <w:rFonts w:ascii="Arial" w:hAnsi="Arial"/>
        </w:rPr>
        <w:t>Yeah.</w:t>
      </w:r>
    </w:p>
    <w:p w14:paraId="08CE6F91" w14:textId="77777777" w:rsidR="008D3814" w:rsidRDefault="008D3814">
      <w:pPr>
        <w:spacing w:after="0"/>
      </w:pPr>
    </w:p>
    <w:p w14:paraId="0FF431EE" w14:textId="56A685D8" w:rsidR="008D3814" w:rsidRDefault="6ABE5CFB" w:rsidP="0EADE93E">
      <w:pPr>
        <w:spacing w:after="0"/>
      </w:pPr>
      <w:r w:rsidRPr="0EADE93E">
        <w:rPr>
          <w:rFonts w:ascii="Arial" w:hAnsi="Arial"/>
          <w:b/>
          <w:bCs/>
        </w:rPr>
        <w:t>Michaela</w:t>
      </w:r>
      <w:r w:rsidR="0EADE93E" w:rsidRPr="0EADE93E">
        <w:rPr>
          <w:rFonts w:ascii="Arial" w:hAnsi="Arial"/>
          <w:b/>
          <w:bCs/>
        </w:rPr>
        <w:t xml:space="preserve"> </w:t>
      </w:r>
      <w:r w:rsidR="0EADE93E" w:rsidRPr="0EADE93E">
        <w:rPr>
          <w:rFonts w:ascii="Arial" w:hAnsi="Arial"/>
          <w:color w:val="5D7284"/>
        </w:rPr>
        <w:t>17:53</w:t>
      </w:r>
    </w:p>
    <w:p w14:paraId="64E2F025" w14:textId="3BE070A4" w:rsidR="008D3814" w:rsidRDefault="00000000">
      <w:pPr>
        <w:spacing w:after="0"/>
      </w:pPr>
      <w:r>
        <w:rPr>
          <w:rFonts w:ascii="Arial" w:hAnsi="Arial"/>
        </w:rPr>
        <w:t>Yeah</w:t>
      </w:r>
      <w:r w:rsidR="003F32A8">
        <w:rPr>
          <w:rFonts w:ascii="Arial" w:hAnsi="Arial"/>
        </w:rPr>
        <w:t>?</w:t>
      </w:r>
      <w:r>
        <w:rPr>
          <w:rFonts w:ascii="Arial" w:hAnsi="Arial"/>
        </w:rPr>
        <w:t xml:space="preserve"> What should we say? What do you want to say to okay Google?</w:t>
      </w:r>
    </w:p>
    <w:p w14:paraId="61CDCEAD" w14:textId="77777777" w:rsidR="008D3814" w:rsidRDefault="008D3814">
      <w:pPr>
        <w:spacing w:after="0"/>
      </w:pPr>
    </w:p>
    <w:p w14:paraId="3B256E65" w14:textId="5F66D5B1" w:rsidR="008D3814" w:rsidRDefault="0EADE93E">
      <w:pPr>
        <w:spacing w:after="0"/>
      </w:pPr>
      <w:r w:rsidRPr="0EADE93E">
        <w:rPr>
          <w:rFonts w:ascii="Arial" w:hAnsi="Arial"/>
          <w:b/>
          <w:bCs/>
        </w:rPr>
        <w:t xml:space="preserve">Carey Scheer </w:t>
      </w:r>
      <w:r w:rsidRPr="0EADE93E">
        <w:rPr>
          <w:rFonts w:ascii="Arial" w:hAnsi="Arial"/>
          <w:color w:val="5D7284"/>
        </w:rPr>
        <w:t>17:57</w:t>
      </w:r>
    </w:p>
    <w:p w14:paraId="21F98F4F" w14:textId="77777777" w:rsidR="008D3814" w:rsidRDefault="00000000">
      <w:pPr>
        <w:spacing w:after="0"/>
      </w:pPr>
      <w:r>
        <w:rPr>
          <w:rFonts w:ascii="Arial" w:hAnsi="Arial"/>
        </w:rPr>
        <w:t>And then he flips through the pod book until he gets to a</w:t>
      </w:r>
    </w:p>
    <w:p w14:paraId="6BB9E253" w14:textId="77777777" w:rsidR="008D3814" w:rsidRDefault="008D3814">
      <w:pPr>
        <w:spacing w:after="0"/>
      </w:pPr>
    </w:p>
    <w:p w14:paraId="0F9AEB5B" w14:textId="6995157C" w:rsidR="008D3814" w:rsidRDefault="5A598C78" w:rsidP="0EADE93E">
      <w:pPr>
        <w:spacing w:after="0"/>
      </w:pPr>
      <w:r w:rsidRPr="0EADE93E">
        <w:rPr>
          <w:rFonts w:ascii="Arial" w:hAnsi="Arial"/>
          <w:b/>
          <w:bCs/>
        </w:rPr>
        <w:t>Michaela</w:t>
      </w:r>
      <w:r w:rsidR="0EADE93E" w:rsidRPr="0EADE93E">
        <w:rPr>
          <w:rFonts w:ascii="Arial" w:hAnsi="Arial"/>
          <w:b/>
          <w:bCs/>
        </w:rPr>
        <w:t xml:space="preserve"> </w:t>
      </w:r>
      <w:r w:rsidR="0EADE93E" w:rsidRPr="0EADE93E">
        <w:rPr>
          <w:rFonts w:ascii="Arial" w:hAnsi="Arial"/>
          <w:color w:val="5D7284"/>
        </w:rPr>
        <w:t>18:02</w:t>
      </w:r>
    </w:p>
    <w:p w14:paraId="4AFC63C6" w14:textId="3697A1C7" w:rsidR="008D3814" w:rsidRDefault="5E2323A8">
      <w:pPr>
        <w:spacing w:after="0"/>
      </w:pPr>
      <w:r w:rsidRPr="0EADE93E">
        <w:rPr>
          <w:rFonts w:ascii="Arial" w:hAnsi="Arial"/>
        </w:rPr>
        <w:t>F</w:t>
      </w:r>
      <w:r w:rsidR="0EADE93E" w:rsidRPr="0EADE93E">
        <w:rPr>
          <w:rFonts w:ascii="Arial" w:hAnsi="Arial"/>
        </w:rPr>
        <w:t>art</w:t>
      </w:r>
      <w:r w:rsidRPr="0EADE93E">
        <w:rPr>
          <w:rFonts w:ascii="Arial" w:hAnsi="Arial"/>
        </w:rPr>
        <w:t>? F</w:t>
      </w:r>
      <w:r w:rsidR="0EADE93E" w:rsidRPr="0EADE93E">
        <w:rPr>
          <w:rFonts w:ascii="Arial" w:hAnsi="Arial"/>
        </w:rPr>
        <w:t>rom Google</w:t>
      </w:r>
      <w:r w:rsidR="6B73D792" w:rsidRPr="0EADE93E">
        <w:rPr>
          <w:rFonts w:ascii="Arial" w:hAnsi="Arial"/>
        </w:rPr>
        <w:t>?</w:t>
      </w:r>
    </w:p>
    <w:p w14:paraId="23DE523C" w14:textId="77777777" w:rsidR="008D3814" w:rsidRDefault="008D3814">
      <w:pPr>
        <w:spacing w:after="0"/>
      </w:pPr>
    </w:p>
    <w:p w14:paraId="6263A93F" w14:textId="6A96CA50" w:rsidR="008D3814" w:rsidRDefault="07769B3B">
      <w:pPr>
        <w:spacing w:after="0"/>
      </w:pPr>
      <w:r w:rsidRPr="0EADE93E">
        <w:rPr>
          <w:rFonts w:ascii="Arial" w:hAnsi="Arial"/>
          <w:b/>
          <w:bCs/>
        </w:rPr>
        <w:t>Harry</w:t>
      </w:r>
      <w:r w:rsidR="0EADE93E" w:rsidRPr="0EADE93E">
        <w:rPr>
          <w:rFonts w:ascii="Arial" w:hAnsi="Arial"/>
          <w:b/>
          <w:bCs/>
        </w:rPr>
        <w:t xml:space="preserve"> </w:t>
      </w:r>
      <w:r w:rsidR="0EADE93E" w:rsidRPr="0EADE93E">
        <w:rPr>
          <w:rFonts w:ascii="Arial" w:hAnsi="Arial"/>
          <w:color w:val="5D7284"/>
        </w:rPr>
        <w:t>18:04</w:t>
      </w:r>
    </w:p>
    <w:p w14:paraId="39924282" w14:textId="77777777" w:rsidR="008D3814" w:rsidRDefault="00000000">
      <w:pPr>
        <w:spacing w:after="0"/>
      </w:pPr>
      <w:r>
        <w:rPr>
          <w:rFonts w:ascii="Arial" w:hAnsi="Arial"/>
        </w:rPr>
        <w:t>Yeah.</w:t>
      </w:r>
    </w:p>
    <w:p w14:paraId="52E56223" w14:textId="77777777" w:rsidR="008D3814" w:rsidRDefault="008D3814">
      <w:pPr>
        <w:spacing w:after="0"/>
      </w:pPr>
    </w:p>
    <w:p w14:paraId="5D376F9A" w14:textId="69738A37" w:rsidR="008D3814" w:rsidRDefault="725CC4BA" w:rsidP="0EADE93E">
      <w:pPr>
        <w:spacing w:after="0"/>
      </w:pPr>
      <w:r w:rsidRPr="0EADE93E">
        <w:rPr>
          <w:rFonts w:ascii="Arial" w:hAnsi="Arial"/>
          <w:b/>
          <w:bCs/>
        </w:rPr>
        <w:t>Michaela</w:t>
      </w:r>
      <w:r w:rsidR="0EADE93E" w:rsidRPr="0EADE93E">
        <w:rPr>
          <w:rFonts w:ascii="Arial" w:hAnsi="Arial"/>
          <w:b/>
          <w:bCs/>
        </w:rPr>
        <w:t xml:space="preserve"> </w:t>
      </w:r>
      <w:r w:rsidR="0EADE93E" w:rsidRPr="0EADE93E">
        <w:rPr>
          <w:rFonts w:ascii="Arial" w:hAnsi="Arial"/>
          <w:color w:val="5D7284"/>
        </w:rPr>
        <w:t>18:05</w:t>
      </w:r>
    </w:p>
    <w:p w14:paraId="1C7499A5" w14:textId="77D5547A" w:rsidR="008D3814" w:rsidRDefault="0EADE93E">
      <w:pPr>
        <w:spacing w:after="0"/>
      </w:pPr>
      <w:r w:rsidRPr="0EADE93E">
        <w:rPr>
          <w:rFonts w:ascii="Arial" w:hAnsi="Arial"/>
        </w:rPr>
        <w:t>Okay, Google, make a fart noise.</w:t>
      </w:r>
    </w:p>
    <w:p w14:paraId="4295FFAE" w14:textId="57680658" w:rsidR="008D3814" w:rsidRDefault="008D3814" w:rsidP="0EADE93E">
      <w:pPr>
        <w:spacing w:after="0"/>
        <w:rPr>
          <w:rFonts w:ascii="Arial" w:hAnsi="Arial"/>
        </w:rPr>
      </w:pPr>
    </w:p>
    <w:p w14:paraId="6F8F40B0" w14:textId="14A80541" w:rsidR="008D3814" w:rsidRDefault="210568FF">
      <w:pPr>
        <w:spacing w:after="0"/>
      </w:pPr>
      <w:r w:rsidRPr="0EADE93E">
        <w:rPr>
          <w:rFonts w:ascii="Arial" w:hAnsi="Arial"/>
          <w:b/>
          <w:bCs/>
        </w:rPr>
        <w:t xml:space="preserve">Google </w:t>
      </w:r>
      <w:r w:rsidRPr="0EADE93E">
        <w:rPr>
          <w:rFonts w:ascii="Arial" w:hAnsi="Arial"/>
          <w:color w:val="5D7284"/>
        </w:rPr>
        <w:t>18:09</w:t>
      </w:r>
    </w:p>
    <w:p w14:paraId="180648B3" w14:textId="372C290C" w:rsidR="008D3814" w:rsidRDefault="0EADE93E">
      <w:pPr>
        <w:spacing w:after="0"/>
      </w:pPr>
      <w:r w:rsidRPr="0EADE93E">
        <w:rPr>
          <w:rFonts w:ascii="Arial" w:hAnsi="Arial"/>
        </w:rPr>
        <w:t>This is a fart.</w:t>
      </w:r>
    </w:p>
    <w:p w14:paraId="5ED18567" w14:textId="42CC74AB" w:rsidR="41F60835" w:rsidRDefault="41F60835" w:rsidP="0EADE93E">
      <w:pPr>
        <w:spacing w:after="0"/>
      </w:pPr>
      <w:r w:rsidRPr="0EADE93E">
        <w:rPr>
          <w:rFonts w:ascii="Arial" w:hAnsi="Arial"/>
        </w:rPr>
        <w:t>[fart noise]</w:t>
      </w:r>
    </w:p>
    <w:p w14:paraId="10CA1EE9" w14:textId="587A7971" w:rsidR="39130BE2" w:rsidRDefault="39130BE2" w:rsidP="0EADE93E">
      <w:pPr>
        <w:spacing w:after="0"/>
      </w:pPr>
      <w:r w:rsidRPr="0EADE93E">
        <w:rPr>
          <w:rFonts w:ascii="Arial" w:hAnsi="Arial"/>
        </w:rPr>
        <w:t>[laughter]</w:t>
      </w:r>
    </w:p>
    <w:p w14:paraId="07547A01" w14:textId="77777777" w:rsidR="008D3814" w:rsidRDefault="008D3814">
      <w:pPr>
        <w:spacing w:after="0"/>
      </w:pPr>
    </w:p>
    <w:p w14:paraId="7DB5F146" w14:textId="41CFD633" w:rsidR="008D3814" w:rsidRDefault="47F91239">
      <w:pPr>
        <w:spacing w:after="0"/>
      </w:pPr>
      <w:r w:rsidRPr="0EADE93E">
        <w:rPr>
          <w:rFonts w:ascii="Arial" w:hAnsi="Arial"/>
          <w:b/>
          <w:bCs/>
        </w:rPr>
        <w:t>Harry</w:t>
      </w:r>
      <w:r w:rsidR="0EADE93E" w:rsidRPr="0EADE93E">
        <w:rPr>
          <w:rFonts w:ascii="Arial" w:hAnsi="Arial"/>
          <w:b/>
          <w:bCs/>
        </w:rPr>
        <w:t xml:space="preserve"> </w:t>
      </w:r>
      <w:r w:rsidR="0EADE93E" w:rsidRPr="0EADE93E">
        <w:rPr>
          <w:rFonts w:ascii="Arial" w:hAnsi="Arial"/>
          <w:color w:val="5D7284"/>
        </w:rPr>
        <w:t>18:14</w:t>
      </w:r>
    </w:p>
    <w:p w14:paraId="64A4E50D" w14:textId="197DD5B7" w:rsidR="008D3814" w:rsidRDefault="0EADE93E">
      <w:pPr>
        <w:spacing w:after="0"/>
      </w:pPr>
      <w:r w:rsidRPr="0EADE93E">
        <w:rPr>
          <w:rFonts w:ascii="Arial" w:hAnsi="Arial"/>
        </w:rPr>
        <w:t>That's sick. You stink. Seriously</w:t>
      </w:r>
      <w:r w:rsidR="5A8024C8" w:rsidRPr="0EADE93E">
        <w:rPr>
          <w:rFonts w:ascii="Arial" w:hAnsi="Arial"/>
        </w:rPr>
        <w:t>!</w:t>
      </w:r>
    </w:p>
    <w:p w14:paraId="0D8CDFC3" w14:textId="7498390D" w:rsidR="008D3814" w:rsidRDefault="008D3814" w:rsidP="0EADE93E">
      <w:pPr>
        <w:spacing w:after="0"/>
        <w:rPr>
          <w:rFonts w:ascii="Arial" w:hAnsi="Arial"/>
        </w:rPr>
      </w:pPr>
    </w:p>
    <w:p w14:paraId="469434F6" w14:textId="1B206A3A" w:rsidR="008D3814" w:rsidRDefault="2260788E" w:rsidP="0EADE93E">
      <w:pPr>
        <w:spacing w:after="0"/>
      </w:pPr>
      <w:r w:rsidRPr="0EADE93E">
        <w:rPr>
          <w:rFonts w:ascii="Arial" w:hAnsi="Arial"/>
          <w:b/>
          <w:bCs/>
        </w:rPr>
        <w:t>Michaela</w:t>
      </w:r>
      <w:r w:rsidR="5A8024C8" w:rsidRPr="0EADE93E">
        <w:rPr>
          <w:rFonts w:ascii="Arial" w:hAnsi="Arial"/>
          <w:b/>
          <w:bCs/>
        </w:rPr>
        <w:t xml:space="preserve"> </w:t>
      </w:r>
      <w:r w:rsidR="5A8024C8" w:rsidRPr="0EADE93E">
        <w:rPr>
          <w:rFonts w:ascii="Arial" w:hAnsi="Arial"/>
          <w:color w:val="5D7284"/>
        </w:rPr>
        <w:t>18:20</w:t>
      </w:r>
    </w:p>
    <w:p w14:paraId="483FB76D" w14:textId="59A17B4A" w:rsidR="008D3814" w:rsidRDefault="5A8024C8">
      <w:pPr>
        <w:spacing w:after="0"/>
      </w:pPr>
      <w:r w:rsidRPr="0EADE93E">
        <w:rPr>
          <w:rFonts w:ascii="Arial" w:hAnsi="Arial"/>
        </w:rPr>
        <w:t>S</w:t>
      </w:r>
      <w:r w:rsidR="0EADE93E" w:rsidRPr="0EADE93E">
        <w:rPr>
          <w:rFonts w:ascii="Arial" w:hAnsi="Arial"/>
        </w:rPr>
        <w:t>eriously.</w:t>
      </w:r>
    </w:p>
    <w:p w14:paraId="1CA53A89" w14:textId="77777777" w:rsidR="003C77C1" w:rsidRDefault="003C77C1">
      <w:pPr>
        <w:spacing w:after="0"/>
      </w:pPr>
    </w:p>
    <w:p w14:paraId="4E635207" w14:textId="629581E6" w:rsidR="008D3814" w:rsidRDefault="0EADE93E">
      <w:pPr>
        <w:spacing w:after="0"/>
      </w:pPr>
      <w:r w:rsidRPr="0EADE93E">
        <w:rPr>
          <w:rFonts w:ascii="Arial" w:hAnsi="Arial"/>
          <w:b/>
          <w:bCs/>
        </w:rPr>
        <w:lastRenderedPageBreak/>
        <w:t xml:space="preserve">Carey Scheer </w:t>
      </w:r>
      <w:r w:rsidRPr="0EADE93E">
        <w:rPr>
          <w:rFonts w:ascii="Arial" w:hAnsi="Arial"/>
          <w:color w:val="5D7284"/>
        </w:rPr>
        <w:t>18:23</w:t>
      </w:r>
    </w:p>
    <w:p w14:paraId="7C784B71" w14:textId="1286B6FF" w:rsidR="008D3814" w:rsidRDefault="5AA60AD3">
      <w:pPr>
        <w:spacing w:after="0"/>
      </w:pPr>
      <w:proofErr w:type="gramStart"/>
      <w:r w:rsidRPr="0EADE93E">
        <w:rPr>
          <w:rFonts w:ascii="Arial" w:hAnsi="Arial"/>
        </w:rPr>
        <w:t>Well</w:t>
      </w:r>
      <w:proofErr w:type="gramEnd"/>
      <w:r w:rsidRPr="0EADE93E">
        <w:rPr>
          <w:rFonts w:ascii="Arial" w:hAnsi="Arial"/>
        </w:rPr>
        <w:t xml:space="preserve"> </w:t>
      </w:r>
      <w:r w:rsidR="0EADE93E" w:rsidRPr="0EADE93E">
        <w:rPr>
          <w:rFonts w:ascii="Arial" w:hAnsi="Arial"/>
        </w:rPr>
        <w:t xml:space="preserve">that's </w:t>
      </w:r>
      <w:proofErr w:type="gramStart"/>
      <w:r w:rsidR="0EADE93E" w:rsidRPr="0EADE93E">
        <w:rPr>
          <w:rFonts w:ascii="Arial" w:hAnsi="Arial"/>
        </w:rPr>
        <w:t>definitely going</w:t>
      </w:r>
      <w:proofErr w:type="gramEnd"/>
      <w:r w:rsidR="0EADE93E" w:rsidRPr="0EADE93E">
        <w:rPr>
          <w:rFonts w:ascii="Arial" w:hAnsi="Arial"/>
        </w:rPr>
        <w:t xml:space="preserve"> in the radio story.</w:t>
      </w:r>
    </w:p>
    <w:p w14:paraId="06703F6E" w14:textId="05A77385" w:rsidR="59B69D5B" w:rsidRDefault="59B69D5B" w:rsidP="0EADE93E">
      <w:pPr>
        <w:spacing w:after="0"/>
      </w:pPr>
      <w:r w:rsidRPr="0EADE93E">
        <w:rPr>
          <w:rFonts w:ascii="Arial" w:hAnsi="Arial"/>
        </w:rPr>
        <w:t>[laughter]</w:t>
      </w:r>
    </w:p>
    <w:p w14:paraId="6537F28F" w14:textId="4D312981" w:rsidR="008D3814" w:rsidRDefault="008D3814" w:rsidP="0EADE93E">
      <w:pPr>
        <w:spacing w:after="0"/>
      </w:pPr>
    </w:p>
    <w:p w14:paraId="6CA9034A" w14:textId="1F4A4293" w:rsidR="008D3814" w:rsidRDefault="24DC3955" w:rsidP="0EADE93E">
      <w:pPr>
        <w:spacing w:after="0"/>
      </w:pPr>
      <w:r w:rsidRPr="0EADE93E">
        <w:rPr>
          <w:rFonts w:ascii="Arial" w:hAnsi="Arial"/>
          <w:b/>
          <w:bCs/>
        </w:rPr>
        <w:t>Michaela</w:t>
      </w:r>
      <w:r w:rsidR="0EADE93E" w:rsidRPr="0EADE93E">
        <w:rPr>
          <w:rFonts w:ascii="Arial" w:hAnsi="Arial"/>
          <w:b/>
          <w:bCs/>
        </w:rPr>
        <w:t xml:space="preserve"> </w:t>
      </w:r>
      <w:r w:rsidR="0EADE93E" w:rsidRPr="0EADE93E">
        <w:rPr>
          <w:rFonts w:ascii="Arial" w:hAnsi="Arial"/>
          <w:color w:val="5D7284"/>
        </w:rPr>
        <w:t>18:29</w:t>
      </w:r>
    </w:p>
    <w:p w14:paraId="4FA67274" w14:textId="1DFA24E7" w:rsidR="008D3814" w:rsidRDefault="0EADE93E" w:rsidP="0EADE93E">
      <w:pPr>
        <w:spacing w:after="0"/>
        <w:rPr>
          <w:rFonts w:ascii="Arial" w:hAnsi="Arial"/>
        </w:rPr>
      </w:pPr>
      <w:r w:rsidRPr="0EADE93E">
        <w:rPr>
          <w:rFonts w:ascii="Arial" w:hAnsi="Arial"/>
        </w:rPr>
        <w:t>You know, Harry had just started saying a few words. I think he had "mama baba da</w:t>
      </w:r>
      <w:r w:rsidR="61E15BC1" w:rsidRPr="0EADE93E">
        <w:rPr>
          <w:rFonts w:ascii="Arial" w:hAnsi="Arial"/>
        </w:rPr>
        <w:t>d</w:t>
      </w:r>
      <w:r w:rsidRPr="0EADE93E">
        <w:rPr>
          <w:rFonts w:ascii="Arial" w:hAnsi="Arial"/>
        </w:rPr>
        <w:t xml:space="preserve">a" at the time of his accident, and when I was told that Harry wouldn't be able to communicate, </w:t>
      </w:r>
      <w:r w:rsidR="5744878B" w:rsidRPr="0EADE93E">
        <w:rPr>
          <w:rFonts w:ascii="Arial" w:hAnsi="Arial"/>
        </w:rPr>
        <w:t xml:space="preserve">I just thought, </w:t>
      </w:r>
      <w:r w:rsidRPr="0EADE93E">
        <w:rPr>
          <w:rFonts w:ascii="Arial" w:hAnsi="Arial"/>
        </w:rPr>
        <w:t>well</w:t>
      </w:r>
      <w:r w:rsidR="2476603C" w:rsidRPr="0EADE93E">
        <w:rPr>
          <w:rFonts w:ascii="Arial" w:hAnsi="Arial"/>
        </w:rPr>
        <w:t xml:space="preserve">, </w:t>
      </w:r>
      <w:r w:rsidRPr="0EADE93E">
        <w:rPr>
          <w:rFonts w:ascii="Arial" w:hAnsi="Arial"/>
        </w:rPr>
        <w:t>I know I can tell him that I love him, but is he ever going to be able to say that back to me? And he can, and he does, and</w:t>
      </w:r>
      <w:r w:rsidR="00F6434D">
        <w:rPr>
          <w:rFonts w:ascii="Arial" w:hAnsi="Arial"/>
        </w:rPr>
        <w:t>,</w:t>
      </w:r>
      <w:r w:rsidRPr="0EADE93E">
        <w:rPr>
          <w:rFonts w:ascii="Arial" w:hAnsi="Arial"/>
        </w:rPr>
        <w:t xml:space="preserve"> you know, tell fart jokes. </w:t>
      </w:r>
      <w:r w:rsidR="24D3035C" w:rsidRPr="0EADE93E">
        <w:rPr>
          <w:rFonts w:ascii="Arial" w:hAnsi="Arial"/>
        </w:rPr>
        <w:t xml:space="preserve">I didn’t </w:t>
      </w:r>
      <w:proofErr w:type="spellStart"/>
      <w:r w:rsidR="24D3035C" w:rsidRPr="0EADE93E">
        <w:rPr>
          <w:rFonts w:ascii="Arial" w:hAnsi="Arial"/>
        </w:rPr>
        <w:t>realise</w:t>
      </w:r>
      <w:proofErr w:type="spellEnd"/>
      <w:r w:rsidR="24D3035C" w:rsidRPr="0EADE93E">
        <w:rPr>
          <w:rFonts w:ascii="Arial" w:hAnsi="Arial"/>
        </w:rPr>
        <w:t xml:space="preserve"> </w:t>
      </w:r>
      <w:r w:rsidRPr="0EADE93E">
        <w:rPr>
          <w:rFonts w:ascii="Arial" w:hAnsi="Arial"/>
        </w:rPr>
        <w:t>how important that was going to be in the future.</w:t>
      </w:r>
    </w:p>
    <w:p w14:paraId="6DFB9E20" w14:textId="77777777" w:rsidR="008D3814" w:rsidRDefault="008D3814">
      <w:pPr>
        <w:spacing w:after="0"/>
      </w:pPr>
    </w:p>
    <w:p w14:paraId="7F553296" w14:textId="5BB05E50" w:rsidR="008D3814" w:rsidRDefault="0EADE93E">
      <w:pPr>
        <w:spacing w:after="0"/>
      </w:pPr>
      <w:r w:rsidRPr="0EADE93E">
        <w:rPr>
          <w:rFonts w:ascii="Arial" w:hAnsi="Arial"/>
          <w:b/>
          <w:bCs/>
        </w:rPr>
        <w:t xml:space="preserve">Carey Scheer </w:t>
      </w:r>
      <w:r w:rsidRPr="0EADE93E">
        <w:rPr>
          <w:rFonts w:ascii="Arial" w:hAnsi="Arial"/>
          <w:color w:val="5D7284"/>
        </w:rPr>
        <w:t>18:59</w:t>
      </w:r>
    </w:p>
    <w:p w14:paraId="4E8640D0" w14:textId="77777777" w:rsidR="008D3814" w:rsidRDefault="00000000">
      <w:pPr>
        <w:spacing w:after="0"/>
      </w:pPr>
      <w:r>
        <w:rPr>
          <w:rFonts w:ascii="Arial" w:hAnsi="Arial"/>
        </w:rPr>
        <w:t>The fart jokes are important because, well, what kid doesn't love a good fart joke? But also, it proves just how wrong and limiting that one medical professional's views of Harry's future were. Harry communicates. He's funny. He tells jokes. He learns, he grows, and he belongs in his local community school with his neighborhood friends.</w:t>
      </w:r>
    </w:p>
    <w:p w14:paraId="70DF9E56" w14:textId="77777777" w:rsidR="008D3814" w:rsidRDefault="008D3814">
      <w:pPr>
        <w:spacing w:after="0"/>
      </w:pPr>
    </w:p>
    <w:p w14:paraId="5A2E115D" w14:textId="65F27AEF" w:rsidR="008D3814" w:rsidRDefault="551DAE2A" w:rsidP="0EADE93E">
      <w:pPr>
        <w:spacing w:after="0"/>
      </w:pPr>
      <w:r w:rsidRPr="0EADE93E">
        <w:rPr>
          <w:rFonts w:ascii="Arial" w:hAnsi="Arial"/>
          <w:b/>
          <w:bCs/>
        </w:rPr>
        <w:t>Michaela</w:t>
      </w:r>
      <w:r w:rsidR="0EADE93E" w:rsidRPr="0EADE93E">
        <w:rPr>
          <w:rFonts w:ascii="Arial" w:hAnsi="Arial"/>
          <w:b/>
          <w:bCs/>
        </w:rPr>
        <w:t xml:space="preserve"> </w:t>
      </w:r>
      <w:r w:rsidR="0EADE93E" w:rsidRPr="0EADE93E">
        <w:rPr>
          <w:rFonts w:ascii="Arial" w:hAnsi="Arial"/>
          <w:color w:val="5D7284"/>
        </w:rPr>
        <w:t>19:29</w:t>
      </w:r>
    </w:p>
    <w:p w14:paraId="3398C6A0" w14:textId="5AFCDA29" w:rsidR="008D3814" w:rsidRDefault="0EADE93E">
      <w:pPr>
        <w:spacing w:after="0"/>
      </w:pPr>
      <w:r w:rsidRPr="0EADE93E">
        <w:rPr>
          <w:rFonts w:ascii="Arial" w:hAnsi="Arial"/>
        </w:rPr>
        <w:t xml:space="preserve">I was scared that the older Harry got, the bigger the gap would become between him and his friends, and it was </w:t>
      </w:r>
      <w:proofErr w:type="gramStart"/>
      <w:r w:rsidRPr="0EADE93E">
        <w:rPr>
          <w:rFonts w:ascii="Arial" w:hAnsi="Arial"/>
        </w:rPr>
        <w:t>really interesting</w:t>
      </w:r>
      <w:proofErr w:type="gramEnd"/>
      <w:r w:rsidRPr="0EADE93E">
        <w:rPr>
          <w:rFonts w:ascii="Arial" w:hAnsi="Arial"/>
        </w:rPr>
        <w:t>. I was chatting to one of my mum friends recently, and I mentioned this fear to her. And her son is in Harry's class, and they've been together at school since reception. She was really surprised to hear this. S</w:t>
      </w:r>
      <w:r w:rsidR="0086B5A2" w:rsidRPr="0EADE93E">
        <w:rPr>
          <w:rFonts w:ascii="Arial" w:hAnsi="Arial"/>
        </w:rPr>
        <w:t>he said</w:t>
      </w:r>
      <w:r w:rsidRPr="0EADE93E">
        <w:rPr>
          <w:rFonts w:ascii="Arial" w:hAnsi="Arial"/>
        </w:rPr>
        <w:t xml:space="preserve">, </w:t>
      </w:r>
      <w:r w:rsidR="086581FC" w:rsidRPr="0EADE93E">
        <w:rPr>
          <w:rFonts w:ascii="Arial" w:hAnsi="Arial"/>
        </w:rPr>
        <w:t>“</w:t>
      </w:r>
      <w:r w:rsidRPr="0EADE93E">
        <w:rPr>
          <w:rFonts w:ascii="Arial" w:hAnsi="Arial"/>
        </w:rPr>
        <w:t>oh really</w:t>
      </w:r>
      <w:r w:rsidR="1CC94EF8" w:rsidRPr="0EADE93E">
        <w:rPr>
          <w:rFonts w:ascii="Arial" w:hAnsi="Arial"/>
        </w:rPr>
        <w:t>?</w:t>
      </w:r>
      <w:r w:rsidRPr="0EADE93E">
        <w:rPr>
          <w:rFonts w:ascii="Arial" w:hAnsi="Arial"/>
        </w:rPr>
        <w:t xml:space="preserve"> I feel it's gone the other way.</w:t>
      </w:r>
      <w:r w:rsidR="00707068">
        <w:rPr>
          <w:rFonts w:ascii="Arial" w:hAnsi="Arial"/>
        </w:rPr>
        <w:t>”</w:t>
      </w:r>
      <w:r w:rsidRPr="0EADE93E">
        <w:rPr>
          <w:rFonts w:ascii="Arial" w:hAnsi="Arial"/>
        </w:rPr>
        <w:t xml:space="preserve"> I feel </w:t>
      </w:r>
      <w:r w:rsidR="366B815E" w:rsidRPr="0EADE93E">
        <w:rPr>
          <w:rFonts w:ascii="Arial" w:hAnsi="Arial"/>
        </w:rPr>
        <w:t>t</w:t>
      </w:r>
      <w:r w:rsidRPr="0EADE93E">
        <w:rPr>
          <w:rFonts w:ascii="Arial" w:hAnsi="Arial"/>
        </w:rPr>
        <w:t xml:space="preserve">hat she was seeing how she hears her son talking more about Harry now, and that they are interacting more now than he ever did before. They're understanding more about how to communicate with him, because the reality is, communicating with someone who has a communication disability, you need some patience. You </w:t>
      </w:r>
      <w:r w:rsidR="513052C5" w:rsidRPr="0EADE93E">
        <w:rPr>
          <w:rFonts w:ascii="Arial" w:hAnsi="Arial"/>
        </w:rPr>
        <w:t xml:space="preserve">need to </w:t>
      </w:r>
      <w:r w:rsidRPr="0EADE93E">
        <w:rPr>
          <w:rFonts w:ascii="Arial" w:hAnsi="Arial"/>
        </w:rPr>
        <w:t xml:space="preserve">give Harry time to respond, to use his talker, and the kids, as they're getting older, are understanding that now. And in fact, my hope is maybe that'll </w:t>
      </w:r>
      <w:proofErr w:type="gramStart"/>
      <w:r w:rsidRPr="0EADE93E">
        <w:rPr>
          <w:rFonts w:ascii="Arial" w:hAnsi="Arial"/>
        </w:rPr>
        <w:t>actually bring</w:t>
      </w:r>
      <w:proofErr w:type="gramEnd"/>
      <w:r w:rsidRPr="0EADE93E">
        <w:rPr>
          <w:rFonts w:ascii="Arial" w:hAnsi="Arial"/>
        </w:rPr>
        <w:t xml:space="preserve"> them closer together.</w:t>
      </w:r>
    </w:p>
    <w:p w14:paraId="44E871BC" w14:textId="77777777" w:rsidR="008D3814" w:rsidRDefault="008D3814">
      <w:pPr>
        <w:spacing w:after="0"/>
      </w:pPr>
    </w:p>
    <w:p w14:paraId="179C15BB" w14:textId="464FCE14" w:rsidR="008D3814" w:rsidRDefault="0EADE93E">
      <w:pPr>
        <w:spacing w:after="0"/>
      </w:pPr>
      <w:r w:rsidRPr="0EADE93E">
        <w:rPr>
          <w:rFonts w:ascii="Arial" w:hAnsi="Arial"/>
          <w:b/>
          <w:bCs/>
        </w:rPr>
        <w:t xml:space="preserve">Carey Scheer </w:t>
      </w:r>
      <w:r w:rsidRPr="0EADE93E">
        <w:rPr>
          <w:rFonts w:ascii="Arial" w:hAnsi="Arial"/>
          <w:color w:val="5D7284"/>
        </w:rPr>
        <w:t>20:35</w:t>
      </w:r>
    </w:p>
    <w:p w14:paraId="0BFE8924" w14:textId="70E8ECF5" w:rsidR="008D3814" w:rsidRDefault="0EADE93E">
      <w:pPr>
        <w:spacing w:after="0"/>
      </w:pPr>
      <w:r w:rsidRPr="0EADE93E">
        <w:rPr>
          <w:rFonts w:ascii="Arial" w:hAnsi="Arial"/>
        </w:rPr>
        <w:t>Harry's classmates get the opportunity to develop patience and listening skills, and isn't the world better off for that?</w:t>
      </w:r>
    </w:p>
    <w:p w14:paraId="123CBC72" w14:textId="3EDCB982" w:rsidR="008D3814" w:rsidRDefault="008D3814" w:rsidP="0EADE93E">
      <w:pPr>
        <w:spacing w:after="0"/>
        <w:rPr>
          <w:rFonts w:ascii="Arial" w:hAnsi="Arial"/>
        </w:rPr>
      </w:pPr>
    </w:p>
    <w:p w14:paraId="7F76338B" w14:textId="7E925AC7" w:rsidR="008D3814" w:rsidRDefault="0EADE93E">
      <w:pPr>
        <w:spacing w:after="0"/>
      </w:pPr>
      <w:r w:rsidRPr="0EADE93E">
        <w:rPr>
          <w:rFonts w:ascii="Arial" w:hAnsi="Arial"/>
        </w:rPr>
        <w:t xml:space="preserve">Thanks so much for listening. If you enjoyed this story, we'd love to hear from you. And remember, we will be searching for a new name for the Purple Orange podcast in 2027. Same authentic first-person stories and conversations, but we'll be reaching out for your help to choose a name that gets to the heart of what we are </w:t>
      </w:r>
      <w:proofErr w:type="gramStart"/>
      <w:r w:rsidRPr="0EADE93E">
        <w:rPr>
          <w:rFonts w:ascii="Arial" w:hAnsi="Arial"/>
        </w:rPr>
        <w:t>actually doing</w:t>
      </w:r>
      <w:proofErr w:type="gramEnd"/>
      <w:r w:rsidRPr="0EADE93E">
        <w:rPr>
          <w:rFonts w:ascii="Arial" w:hAnsi="Arial"/>
        </w:rPr>
        <w:t xml:space="preserve">. </w:t>
      </w:r>
      <w:proofErr w:type="gramStart"/>
      <w:r w:rsidRPr="0EADE93E">
        <w:rPr>
          <w:rFonts w:ascii="Arial" w:hAnsi="Arial"/>
        </w:rPr>
        <w:t>So</w:t>
      </w:r>
      <w:proofErr w:type="gramEnd"/>
      <w:r w:rsidRPr="0EADE93E">
        <w:rPr>
          <w:rFonts w:ascii="Arial" w:hAnsi="Arial"/>
        </w:rPr>
        <w:t xml:space="preserve"> keep an eye out on our socials for how to get involved. In the meantime, we're always keen to hear the kinds of stories you'd like to hear more of, or if you've got a recommendation for someone we should talk to, reach out. You can find us on Facebook and Instagram, or email us at stories@purpleorange.org.au, or give us a ring on 0883738388.</w:t>
      </w:r>
    </w:p>
    <w:sectPr w:rsidR="008D3814" w:rsidSect="001216B9">
      <w:headerReference w:type="even" r:id="rId11"/>
      <w:headerReference w:type="default" r:id="rId12"/>
      <w:footerReference w:type="even" r:id="rId13"/>
      <w:footerReference w:type="default" r:id="rId14"/>
      <w:headerReference w:type="first" r:id="rId15"/>
      <w:footerReference w:type="first" r:id="rId16"/>
      <w:pgSz w:w="12240" w:h="15840"/>
      <w:pgMar w:top="1440" w:right="1080" w:bottom="1440" w:left="108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D2146E" w14:textId="77777777" w:rsidR="004865D2" w:rsidRDefault="004865D2">
      <w:pPr>
        <w:spacing w:after="0" w:line="240" w:lineRule="auto"/>
      </w:pPr>
      <w:r>
        <w:separator/>
      </w:r>
    </w:p>
  </w:endnote>
  <w:endnote w:type="continuationSeparator" w:id="0">
    <w:p w14:paraId="716735D9" w14:textId="77777777" w:rsidR="004865D2" w:rsidRDefault="00486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72650680"/>
      <w:docPartObj>
        <w:docPartGallery w:val="Page Numbers (Bottom of Page)"/>
        <w:docPartUnique/>
      </w:docPartObj>
    </w:sdtPr>
    <w:sdtContent>
      <w:p w14:paraId="5B49F2F0" w14:textId="0D664EC5"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37484424"/>
      <w:docPartObj>
        <w:docPartGallery w:val="Page Numbers (Bottom of Page)"/>
        <w:docPartUnique/>
      </w:docPartObj>
    </w:sdtPr>
    <w:sdtContent>
      <w:p w14:paraId="17BA4339" w14:textId="3F160B4F"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0DD35F" w14:textId="77777777" w:rsidR="001216B9" w:rsidRDefault="00121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7AEB9B" w14:textId="09A6B7D2" w:rsidR="00930F33" w:rsidRPr="009C3AF0" w:rsidRDefault="001216B9" w:rsidP="0EADE93E">
    <w:pPr>
      <w:pStyle w:val="Footer"/>
      <w:rPr>
        <w:rFonts w:ascii="Arial" w:hAnsi="Arial" w:cs="Arial"/>
      </w:rPr>
    </w:pPr>
    <w:r w:rsidRPr="009C3AF0">
      <w:rPr>
        <w:rFonts w:ascii="Arial" w:hAnsi="Arial" w:cs="Arial"/>
        <w:color w:val="BFBFBF" w:themeColor="background1" w:themeShade="BF"/>
      </w:rPr>
      <w:ptab w:relativeTo="margin" w:alignment="center" w:leader="none"/>
    </w:r>
    <w:r w:rsidRPr="009C3AF0">
      <w:rPr>
        <w:rFonts w:ascii="Arial" w:hAnsi="Arial" w:cs="Arial"/>
        <w:color w:val="BFBFBF" w:themeColor="background1" w:themeShade="BF"/>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B6D5FB" w14:textId="77777777" w:rsidR="006E2A8C" w:rsidRDefault="006E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5B790C" w14:textId="77777777" w:rsidR="004865D2" w:rsidRDefault="004865D2">
      <w:pPr>
        <w:spacing w:after="0" w:line="240" w:lineRule="auto"/>
      </w:pPr>
      <w:r>
        <w:separator/>
      </w:r>
    </w:p>
  </w:footnote>
  <w:footnote w:type="continuationSeparator" w:id="0">
    <w:p w14:paraId="15FFE257" w14:textId="77777777" w:rsidR="004865D2" w:rsidRDefault="004865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B25ED7" w14:textId="77777777" w:rsidR="006E2A8C" w:rsidRDefault="006E2A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F039F9" w14:textId="77777777" w:rsidR="006E2A8C" w:rsidRDefault="006E2A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962272" w14:textId="77777777" w:rsidR="006E2A8C" w:rsidRDefault="006E2A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92321977">
    <w:abstractNumId w:val="8"/>
  </w:num>
  <w:num w:numId="2" w16cid:durableId="1196114134">
    <w:abstractNumId w:val="6"/>
  </w:num>
  <w:num w:numId="3" w16cid:durableId="1656376247">
    <w:abstractNumId w:val="5"/>
  </w:num>
  <w:num w:numId="4" w16cid:durableId="1830827875">
    <w:abstractNumId w:val="4"/>
  </w:num>
  <w:num w:numId="5" w16cid:durableId="145174910">
    <w:abstractNumId w:val="7"/>
  </w:num>
  <w:num w:numId="6" w16cid:durableId="2022000441">
    <w:abstractNumId w:val="3"/>
  </w:num>
  <w:num w:numId="7" w16cid:durableId="274871008">
    <w:abstractNumId w:val="2"/>
  </w:num>
  <w:num w:numId="8" w16cid:durableId="1812865425">
    <w:abstractNumId w:val="1"/>
  </w:num>
  <w:num w:numId="9" w16cid:durableId="4250033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C06"/>
    <w:rsid w:val="00034616"/>
    <w:rsid w:val="00034F1F"/>
    <w:rsid w:val="00035515"/>
    <w:rsid w:val="00050A6B"/>
    <w:rsid w:val="0006063C"/>
    <w:rsid w:val="00066610"/>
    <w:rsid w:val="000C5063"/>
    <w:rsid w:val="000F7C19"/>
    <w:rsid w:val="00101AEA"/>
    <w:rsid w:val="001216B9"/>
    <w:rsid w:val="00140146"/>
    <w:rsid w:val="0015074B"/>
    <w:rsid w:val="00163AC6"/>
    <w:rsid w:val="001F4971"/>
    <w:rsid w:val="00201B2C"/>
    <w:rsid w:val="0026166F"/>
    <w:rsid w:val="00290F6D"/>
    <w:rsid w:val="00295C9E"/>
    <w:rsid w:val="0029639D"/>
    <w:rsid w:val="002E12E8"/>
    <w:rsid w:val="00307808"/>
    <w:rsid w:val="00326F90"/>
    <w:rsid w:val="0034424F"/>
    <w:rsid w:val="003C77C1"/>
    <w:rsid w:val="003E2108"/>
    <w:rsid w:val="003F32A8"/>
    <w:rsid w:val="0042D4A7"/>
    <w:rsid w:val="0045703B"/>
    <w:rsid w:val="0048527D"/>
    <w:rsid w:val="004865D2"/>
    <w:rsid w:val="004A641F"/>
    <w:rsid w:val="004B593C"/>
    <w:rsid w:val="004E2BBE"/>
    <w:rsid w:val="005077D2"/>
    <w:rsid w:val="00527F73"/>
    <w:rsid w:val="00632622"/>
    <w:rsid w:val="00672EBD"/>
    <w:rsid w:val="00684823"/>
    <w:rsid w:val="00687388"/>
    <w:rsid w:val="006E2A8C"/>
    <w:rsid w:val="006F522D"/>
    <w:rsid w:val="00703C07"/>
    <w:rsid w:val="00707068"/>
    <w:rsid w:val="0071227D"/>
    <w:rsid w:val="007749AF"/>
    <w:rsid w:val="00794EBC"/>
    <w:rsid w:val="007CE3B7"/>
    <w:rsid w:val="007D16E9"/>
    <w:rsid w:val="007D70FC"/>
    <w:rsid w:val="0084034A"/>
    <w:rsid w:val="00843CBA"/>
    <w:rsid w:val="0086B5A2"/>
    <w:rsid w:val="008D3814"/>
    <w:rsid w:val="008D5FB8"/>
    <w:rsid w:val="00930F33"/>
    <w:rsid w:val="00983960"/>
    <w:rsid w:val="009C3AF0"/>
    <w:rsid w:val="009D576F"/>
    <w:rsid w:val="009E354E"/>
    <w:rsid w:val="00A12EE5"/>
    <w:rsid w:val="00A31E27"/>
    <w:rsid w:val="00AA1D8D"/>
    <w:rsid w:val="00AC7C57"/>
    <w:rsid w:val="00AF64D6"/>
    <w:rsid w:val="00B120A3"/>
    <w:rsid w:val="00B47730"/>
    <w:rsid w:val="00B952E4"/>
    <w:rsid w:val="00BA4C2B"/>
    <w:rsid w:val="00BC1620"/>
    <w:rsid w:val="00BC5C1A"/>
    <w:rsid w:val="00BD0140"/>
    <w:rsid w:val="00BD0B56"/>
    <w:rsid w:val="00BE65A1"/>
    <w:rsid w:val="00BF3D98"/>
    <w:rsid w:val="00C0093E"/>
    <w:rsid w:val="00C24502"/>
    <w:rsid w:val="00CB0664"/>
    <w:rsid w:val="00D57E81"/>
    <w:rsid w:val="00DA4120"/>
    <w:rsid w:val="00EA3E9C"/>
    <w:rsid w:val="00ED3244"/>
    <w:rsid w:val="00F6434D"/>
    <w:rsid w:val="00FB5593"/>
    <w:rsid w:val="00FC693F"/>
    <w:rsid w:val="0242A51A"/>
    <w:rsid w:val="02B7AC24"/>
    <w:rsid w:val="02CCBEE1"/>
    <w:rsid w:val="02DB95F8"/>
    <w:rsid w:val="043C554F"/>
    <w:rsid w:val="05ABC80F"/>
    <w:rsid w:val="0609F4C5"/>
    <w:rsid w:val="0749B070"/>
    <w:rsid w:val="07769B3B"/>
    <w:rsid w:val="07A251AC"/>
    <w:rsid w:val="07F78DBB"/>
    <w:rsid w:val="0810CB5F"/>
    <w:rsid w:val="086581FC"/>
    <w:rsid w:val="0BA2EB42"/>
    <w:rsid w:val="0C37EB2C"/>
    <w:rsid w:val="0D51455A"/>
    <w:rsid w:val="0E6D94CD"/>
    <w:rsid w:val="0E9AEEAA"/>
    <w:rsid w:val="0EADE93E"/>
    <w:rsid w:val="0F014F10"/>
    <w:rsid w:val="0FFAA7D8"/>
    <w:rsid w:val="10961ACD"/>
    <w:rsid w:val="11E50AE7"/>
    <w:rsid w:val="135A1610"/>
    <w:rsid w:val="13DCF87D"/>
    <w:rsid w:val="145DB730"/>
    <w:rsid w:val="14606384"/>
    <w:rsid w:val="16407DC2"/>
    <w:rsid w:val="18337860"/>
    <w:rsid w:val="1853297F"/>
    <w:rsid w:val="18D236D4"/>
    <w:rsid w:val="1AED078A"/>
    <w:rsid w:val="1BB37678"/>
    <w:rsid w:val="1C0B4ED3"/>
    <w:rsid w:val="1C60CE78"/>
    <w:rsid w:val="1CC94EF8"/>
    <w:rsid w:val="1ECCD914"/>
    <w:rsid w:val="205A66AE"/>
    <w:rsid w:val="210568FF"/>
    <w:rsid w:val="2177FDBF"/>
    <w:rsid w:val="2260788E"/>
    <w:rsid w:val="22C47C44"/>
    <w:rsid w:val="2476603C"/>
    <w:rsid w:val="24D3035C"/>
    <w:rsid w:val="24DC3955"/>
    <w:rsid w:val="25490ACB"/>
    <w:rsid w:val="25791BFE"/>
    <w:rsid w:val="270BD2DC"/>
    <w:rsid w:val="274B36E0"/>
    <w:rsid w:val="27A3A02F"/>
    <w:rsid w:val="28E50A43"/>
    <w:rsid w:val="2B25EF23"/>
    <w:rsid w:val="2B484146"/>
    <w:rsid w:val="2BE447CE"/>
    <w:rsid w:val="2CC33ECC"/>
    <w:rsid w:val="30FD3508"/>
    <w:rsid w:val="31146472"/>
    <w:rsid w:val="31852061"/>
    <w:rsid w:val="33487E4C"/>
    <w:rsid w:val="354B839D"/>
    <w:rsid w:val="35D794C3"/>
    <w:rsid w:val="36627A2D"/>
    <w:rsid w:val="366B815E"/>
    <w:rsid w:val="367FAB7A"/>
    <w:rsid w:val="379FC3EE"/>
    <w:rsid w:val="379FCD0A"/>
    <w:rsid w:val="382DD91E"/>
    <w:rsid w:val="38311234"/>
    <w:rsid w:val="38681135"/>
    <w:rsid w:val="39130BE2"/>
    <w:rsid w:val="3A46656C"/>
    <w:rsid w:val="3C25F56F"/>
    <w:rsid w:val="3CE42F5B"/>
    <w:rsid w:val="40F2C517"/>
    <w:rsid w:val="41F60835"/>
    <w:rsid w:val="42BF6D6E"/>
    <w:rsid w:val="443C728E"/>
    <w:rsid w:val="44B53023"/>
    <w:rsid w:val="464E3AC6"/>
    <w:rsid w:val="46CC818C"/>
    <w:rsid w:val="47D9B6BC"/>
    <w:rsid w:val="47F91239"/>
    <w:rsid w:val="48BAA42A"/>
    <w:rsid w:val="4A4BEECF"/>
    <w:rsid w:val="4A859327"/>
    <w:rsid w:val="4B53B31B"/>
    <w:rsid w:val="4D2FE27E"/>
    <w:rsid w:val="4E203BD0"/>
    <w:rsid w:val="4F4C8717"/>
    <w:rsid w:val="50CF1362"/>
    <w:rsid w:val="511A0DE7"/>
    <w:rsid w:val="513052C5"/>
    <w:rsid w:val="52CE2AF4"/>
    <w:rsid w:val="551DAE2A"/>
    <w:rsid w:val="55456CDB"/>
    <w:rsid w:val="5690181C"/>
    <w:rsid w:val="56C21DCE"/>
    <w:rsid w:val="5744878B"/>
    <w:rsid w:val="596C6205"/>
    <w:rsid w:val="599BFD4E"/>
    <w:rsid w:val="59B69D5B"/>
    <w:rsid w:val="5A598C78"/>
    <w:rsid w:val="5A8024C8"/>
    <w:rsid w:val="5AA60AD3"/>
    <w:rsid w:val="5B56898B"/>
    <w:rsid w:val="5C6AD87C"/>
    <w:rsid w:val="5D1660F1"/>
    <w:rsid w:val="5E2323A8"/>
    <w:rsid w:val="5EB71DA2"/>
    <w:rsid w:val="6040F03D"/>
    <w:rsid w:val="60C583F1"/>
    <w:rsid w:val="6134F89D"/>
    <w:rsid w:val="61E15BC1"/>
    <w:rsid w:val="624ABED5"/>
    <w:rsid w:val="632BC153"/>
    <w:rsid w:val="6421C442"/>
    <w:rsid w:val="6511684D"/>
    <w:rsid w:val="6567B251"/>
    <w:rsid w:val="6613A721"/>
    <w:rsid w:val="6ABE5CFB"/>
    <w:rsid w:val="6B73D792"/>
    <w:rsid w:val="6C3ECC24"/>
    <w:rsid w:val="6EBEBDE3"/>
    <w:rsid w:val="6FD95351"/>
    <w:rsid w:val="712067B0"/>
    <w:rsid w:val="725CC4BA"/>
    <w:rsid w:val="7315C886"/>
    <w:rsid w:val="73BF62F5"/>
    <w:rsid w:val="74DA1C49"/>
    <w:rsid w:val="75CEF90C"/>
    <w:rsid w:val="7632BE1A"/>
    <w:rsid w:val="79356042"/>
    <w:rsid w:val="797BB3FC"/>
    <w:rsid w:val="798C23C7"/>
    <w:rsid w:val="79BAE429"/>
    <w:rsid w:val="7A204BB0"/>
    <w:rsid w:val="7B689E42"/>
    <w:rsid w:val="7BCD1923"/>
    <w:rsid w:val="7C0C8D44"/>
    <w:rsid w:val="7D0D0E1D"/>
    <w:rsid w:val="7E94D9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88BA53"/>
  <w14:defaultImageDpi w14:val="300"/>
  <w15:docId w15:val="{BBBC883F-E58E-BB4C-A526-B24797FD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1216B9"/>
  </w:style>
  <w:style w:type="character" w:styleId="Hyperlink">
    <w:name w:val="Hyperlink"/>
    <w:basedOn w:val="DefaultParagraphFont"/>
    <w:uiPriority w:val="99"/>
    <w:unhideWhenUsed/>
    <w:rsid w:val="006E2A8C"/>
    <w:rPr>
      <w:color w:val="0000FF" w:themeColor="hyperlink"/>
      <w:u w:val="single"/>
    </w:rPr>
  </w:style>
  <w:style w:type="character" w:styleId="UnresolvedMention">
    <w:name w:val="Unresolved Mention"/>
    <w:basedOn w:val="DefaultParagraphFont"/>
    <w:uiPriority w:val="99"/>
    <w:semiHidden/>
    <w:unhideWhenUsed/>
    <w:rsid w:val="006E2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B8D1034F2DF846838C7B15F57413F5" ma:contentTypeVersion="16" ma:contentTypeDescription="Create a new document." ma:contentTypeScope="" ma:versionID="c8403ac15c497d4a5b3fcec6bfa73d81">
  <xsd:schema xmlns:xsd="http://www.w3.org/2001/XMLSchema" xmlns:xs="http://www.w3.org/2001/XMLSchema" xmlns:p="http://schemas.microsoft.com/office/2006/metadata/properties" xmlns:ns2="c75c5eae-5884-4d08-8ebf-98ba4fe0a62f" xmlns:ns3="cf5a79d9-a52f-47fb-b25a-2ba9be1a4052" targetNamespace="http://schemas.microsoft.com/office/2006/metadata/properties" ma:root="true" ma:fieldsID="5b1b7dd62610868f8868bace6b95cc1a" ns2:_="" ns3:_="">
    <xsd:import namespace="c75c5eae-5884-4d08-8ebf-98ba4fe0a62f"/>
    <xsd:import namespace="cf5a79d9-a52f-47fb-b25a-2ba9be1a405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5c5eae-5884-4d08-8ebf-98ba4fe0a6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fb5c644-2f09-4f9f-84c4-3b4ab586084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5a79d9-a52f-47fb-b25a-2ba9be1a405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3e87028-44b1-486f-95c1-0df5696deb52}" ma:internalName="TaxCatchAll" ma:showField="CatchAllData" ma:web="cf5a79d9-a52f-47fb-b25a-2ba9be1a405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f5a79d9-a52f-47fb-b25a-2ba9be1a4052" xsi:nil="true"/>
    <lcf76f155ced4ddcb4097134ff3c332f xmlns="c75c5eae-5884-4d08-8ebf-98ba4fe0a62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0F9299-E7B9-4529-9F07-BB623B9381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5c5eae-5884-4d08-8ebf-98ba4fe0a62f"/>
    <ds:schemaRef ds:uri="cf5a79d9-a52f-47fb-b25a-2ba9be1a40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411EC8-F1B9-C84B-81E7-620E13BCCD61}">
  <ds:schemaRefs>
    <ds:schemaRef ds:uri="http://schemas.openxmlformats.org/officeDocument/2006/bibliography"/>
  </ds:schemaRefs>
</ds:datastoreItem>
</file>

<file path=customXml/itemProps3.xml><?xml version="1.0" encoding="utf-8"?>
<ds:datastoreItem xmlns:ds="http://schemas.openxmlformats.org/officeDocument/2006/customXml" ds:itemID="{91F5383A-C75C-4373-8A83-84B659C8ABBE}">
  <ds:schemaRefs>
    <ds:schemaRef ds:uri="http://schemas.microsoft.com/office/2006/metadata/properties"/>
    <ds:schemaRef ds:uri="http://schemas.microsoft.com/office/infopath/2007/PartnerControls"/>
    <ds:schemaRef ds:uri="cf5a79d9-a52f-47fb-b25a-2ba9be1a4052"/>
    <ds:schemaRef ds:uri="c75c5eae-5884-4d08-8ebf-98ba4fe0a62f"/>
  </ds:schemaRefs>
</ds:datastoreItem>
</file>

<file path=customXml/itemProps4.xml><?xml version="1.0" encoding="utf-8"?>
<ds:datastoreItem xmlns:ds="http://schemas.openxmlformats.org/officeDocument/2006/customXml" ds:itemID="{6E52CEB4-29E8-4B1D-B5EE-76C48CBD94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7</Pages>
  <Words>2537</Words>
  <Characters>14467</Characters>
  <Application>Microsoft Office Word</Application>
  <DocSecurity>0</DocSecurity>
  <Lines>120</Lines>
  <Paragraphs>33</Paragraphs>
  <ScaleCrop>false</ScaleCrop>
  <Manager/>
  <Company/>
  <LinksUpToDate>false</LinksUpToDate>
  <CharactersWithSpaces>16971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Nick Roach</cp:lastModifiedBy>
  <cp:revision>26</cp:revision>
  <dcterms:created xsi:type="dcterms:W3CDTF">2026-10-22T05:34:00Z</dcterms:created>
  <dcterms:modified xsi:type="dcterms:W3CDTF">2026-10-26T02:52:00Z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0x010100E5B8D1034F2DF846838C7B15F57413F5</vt:lpwstr>
  </property>
  <property fmtid="{D5CDD505-2E9C-101B-9397-08002B2CF9AE}" pid="3" name="MediaServiceImageTags">
    <vt:lpwstr/>
  </property>
</Properties>
</file>